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5C80A" w14:textId="2C38FA51" w:rsidR="00240861" w:rsidRDefault="00240861" w:rsidP="00240861">
      <w:pPr>
        <w:spacing w:after="160"/>
        <w:rPr>
          <w:sz w:val="20"/>
          <w:lang w:eastAsia="ja-JP"/>
        </w:rPr>
      </w:pPr>
      <w:r>
        <w:rPr>
          <w:rFonts w:hint="eastAsia"/>
          <w:sz w:val="20"/>
          <w:lang w:eastAsia="ja-JP"/>
        </w:rPr>
        <w:t>様式第</w:t>
      </w:r>
      <w:r w:rsidR="000E3564">
        <w:rPr>
          <w:rFonts w:hint="eastAsia"/>
          <w:sz w:val="20"/>
          <w:lang w:eastAsia="ja-JP"/>
        </w:rPr>
        <w:t>２</w:t>
      </w:r>
      <w:r>
        <w:rPr>
          <w:rFonts w:hint="eastAsia"/>
          <w:sz w:val="20"/>
          <w:lang w:eastAsia="ja-JP"/>
        </w:rPr>
        <w:t>号</w:t>
      </w:r>
    </w:p>
    <w:p w14:paraId="642DEF8F" w14:textId="7E4A20B8" w:rsidR="00F15737" w:rsidRDefault="00F15737" w:rsidP="00F15737">
      <w:pPr>
        <w:jc w:val="right"/>
        <w:rPr>
          <w:lang w:eastAsia="ja-JP"/>
        </w:rPr>
      </w:pPr>
      <w:r>
        <w:rPr>
          <w:rFonts w:hint="eastAsia"/>
          <w:lang w:eastAsia="ja-JP"/>
        </w:rPr>
        <w:t>年　　月　　日</w:t>
      </w:r>
    </w:p>
    <w:p w14:paraId="7794D1C4" w14:textId="38530685" w:rsidR="00F15737" w:rsidRDefault="00F15737" w:rsidP="00685C7E">
      <w:pPr>
        <w:ind w:firstLineChars="100" w:firstLine="210"/>
      </w:pPr>
      <w:r>
        <w:rPr>
          <w:rFonts w:hint="eastAsia"/>
          <w:lang w:eastAsia="ja-JP"/>
        </w:rPr>
        <w:t>新潟県知事</w:t>
      </w:r>
      <w:r>
        <w:rPr>
          <w:rFonts w:hint="eastAsia"/>
        </w:rPr>
        <w:t xml:space="preserve">　様</w:t>
      </w:r>
    </w:p>
    <w:p w14:paraId="234037BA" w14:textId="77777777" w:rsidR="00F15737" w:rsidRPr="002F46A9" w:rsidRDefault="00F15737" w:rsidP="00F15737"/>
    <w:p w14:paraId="71A6A738" w14:textId="2D3F4BAB" w:rsidR="00F15737" w:rsidRDefault="00F15737" w:rsidP="00F15737">
      <w:pPr>
        <w:spacing w:line="360" w:lineRule="auto"/>
        <w:ind w:right="840" w:firstLineChars="2100" w:firstLine="4410"/>
        <w:rPr>
          <w:lang w:eastAsia="ja-JP"/>
        </w:rPr>
      </w:pPr>
      <w:r>
        <w:rPr>
          <w:rFonts w:hint="eastAsia"/>
          <w:lang w:eastAsia="ja-JP"/>
        </w:rPr>
        <w:t>申請者住所</w:t>
      </w:r>
    </w:p>
    <w:p w14:paraId="216A0894" w14:textId="77777777" w:rsidR="00F15737" w:rsidRDefault="00F15737" w:rsidP="00F15737">
      <w:pPr>
        <w:spacing w:line="360" w:lineRule="auto"/>
        <w:ind w:right="840"/>
        <w:jc w:val="right"/>
        <w:rPr>
          <w:lang w:eastAsia="ja-JP"/>
        </w:rPr>
      </w:pPr>
      <w:r>
        <w:rPr>
          <w:rFonts w:hint="eastAsia"/>
          <w:lang w:eastAsia="ja-JP"/>
        </w:rPr>
        <w:t>（法人にあっては事務所の所在地）</w:t>
      </w:r>
    </w:p>
    <w:p w14:paraId="7BD7EBB4" w14:textId="361581FA" w:rsidR="00F15737" w:rsidRDefault="00F15737" w:rsidP="00F15737">
      <w:pPr>
        <w:spacing w:line="360" w:lineRule="auto"/>
        <w:ind w:right="1680" w:firstLineChars="2100" w:firstLine="4410"/>
        <w:rPr>
          <w:lang w:eastAsia="ja-JP"/>
        </w:rPr>
      </w:pPr>
      <w:r>
        <w:rPr>
          <w:rFonts w:hint="eastAsia"/>
          <w:lang w:eastAsia="ja-JP"/>
        </w:rPr>
        <w:t>申請者氏名</w:t>
      </w:r>
    </w:p>
    <w:p w14:paraId="257A65B5" w14:textId="77777777" w:rsidR="00F15737" w:rsidRDefault="00F15737" w:rsidP="00F15737">
      <w:pPr>
        <w:spacing w:line="360" w:lineRule="auto"/>
        <w:ind w:right="210"/>
        <w:jc w:val="right"/>
        <w:rPr>
          <w:lang w:eastAsia="ja-JP"/>
        </w:rPr>
      </w:pPr>
      <w:r>
        <w:rPr>
          <w:rFonts w:hint="eastAsia"/>
          <w:lang w:eastAsia="ja-JP"/>
        </w:rPr>
        <w:t>（法人にあっては名称及び代表者の氏名）</w:t>
      </w:r>
    </w:p>
    <w:p w14:paraId="6DD09FF1" w14:textId="77777777" w:rsidR="00F15737" w:rsidRDefault="00F15737" w:rsidP="00F15737">
      <w:pPr>
        <w:spacing w:line="360" w:lineRule="exact"/>
        <w:jc w:val="center"/>
        <w:rPr>
          <w:bCs/>
          <w:sz w:val="24"/>
          <w:szCs w:val="20"/>
          <w:lang w:eastAsia="ja-JP"/>
        </w:rPr>
      </w:pPr>
    </w:p>
    <w:p w14:paraId="2C816378" w14:textId="23CDCF6D" w:rsidR="000478A1" w:rsidRDefault="00F15737" w:rsidP="00F15737">
      <w:pPr>
        <w:spacing w:line="360" w:lineRule="exact"/>
        <w:jc w:val="center"/>
        <w:rPr>
          <w:bCs/>
          <w:sz w:val="24"/>
          <w:szCs w:val="20"/>
          <w:lang w:eastAsia="ja-JP"/>
        </w:rPr>
      </w:pPr>
      <w:r w:rsidRPr="00F15737">
        <w:rPr>
          <w:rFonts w:hint="eastAsia"/>
          <w:bCs/>
          <w:sz w:val="24"/>
          <w:szCs w:val="20"/>
          <w:lang w:eastAsia="ja-JP"/>
        </w:rPr>
        <w:t>登録一時保護委託者</w:t>
      </w:r>
      <w:r>
        <w:rPr>
          <w:rFonts w:hint="eastAsia"/>
          <w:bCs/>
          <w:sz w:val="24"/>
          <w:szCs w:val="20"/>
          <w:lang w:eastAsia="ja-JP"/>
        </w:rPr>
        <w:t>登録基準適合確認</w:t>
      </w:r>
      <w:r w:rsidR="00631FE8">
        <w:rPr>
          <w:rFonts w:hint="eastAsia"/>
          <w:bCs/>
          <w:sz w:val="24"/>
          <w:szCs w:val="20"/>
          <w:lang w:eastAsia="ja-JP"/>
        </w:rPr>
        <w:t>票</w:t>
      </w:r>
    </w:p>
    <w:p w14:paraId="37197095" w14:textId="77777777" w:rsidR="003B23E4" w:rsidRDefault="003B23E4" w:rsidP="00F15737">
      <w:pPr>
        <w:spacing w:line="360" w:lineRule="exact"/>
        <w:jc w:val="center"/>
        <w:rPr>
          <w:bCs/>
          <w:sz w:val="24"/>
          <w:szCs w:val="20"/>
          <w:lang w:eastAsia="ja-JP"/>
        </w:rPr>
      </w:pPr>
    </w:p>
    <w:p w14:paraId="4A0B47DE" w14:textId="2EA87CAA" w:rsidR="003B23E4" w:rsidRPr="003B23E4" w:rsidRDefault="003B23E4" w:rsidP="003B23E4">
      <w:pPr>
        <w:spacing w:line="360" w:lineRule="exact"/>
        <w:ind w:firstLineChars="100" w:firstLine="220"/>
        <w:rPr>
          <w:bCs/>
          <w:sz w:val="22"/>
          <w:szCs w:val="18"/>
          <w:lang w:eastAsia="ja-JP"/>
        </w:rPr>
      </w:pPr>
      <w:r>
        <w:rPr>
          <w:rFonts w:hint="eastAsia"/>
          <w:bCs/>
          <w:sz w:val="22"/>
          <w:szCs w:val="18"/>
          <w:lang w:eastAsia="ja-JP"/>
        </w:rPr>
        <w:t>次のとおり登録一時保護委託者の登録基準について報告いたします。</w:t>
      </w:r>
    </w:p>
    <w:p w14:paraId="5CBFCC6C" w14:textId="77777777" w:rsidR="00F15737" w:rsidRDefault="00F15737">
      <w:pPr>
        <w:rPr>
          <w:bCs/>
          <w:sz w:val="18"/>
          <w:szCs w:val="20"/>
          <w:lang w:eastAsia="ja-JP"/>
        </w:rPr>
      </w:pPr>
    </w:p>
    <w:p w14:paraId="7AD1CFA7" w14:textId="095E147E" w:rsidR="000478A1" w:rsidRPr="003B23E4" w:rsidRDefault="003B23E4" w:rsidP="003B23E4">
      <w:pPr>
        <w:ind w:firstLineChars="2362" w:firstLine="4960"/>
        <w:rPr>
          <w:sz w:val="18"/>
          <w:lang w:eastAsia="ja-JP"/>
        </w:rPr>
      </w:pPr>
      <w:r>
        <w:rPr>
          <w:rFonts w:hint="eastAsia"/>
          <w:u w:val="single"/>
          <w:lang w:eastAsia="ja-JP"/>
        </w:rPr>
        <w:t xml:space="preserve">施設の名称：　　　　　　　　　　　　　　　　</w:t>
      </w:r>
    </w:p>
    <w:p w14:paraId="39563B69" w14:textId="77777777" w:rsidR="003B23E4" w:rsidRDefault="003B23E4">
      <w:pPr>
        <w:ind w:left="216" w:hanging="216"/>
        <w:rPr>
          <w:sz w:val="18"/>
          <w:lang w:eastAsia="ja-JP"/>
        </w:rPr>
      </w:pPr>
    </w:p>
    <w:p w14:paraId="5E182A6F" w14:textId="42906A99" w:rsidR="000478A1" w:rsidRDefault="00000000">
      <w:pPr>
        <w:ind w:left="216" w:hanging="216"/>
        <w:rPr>
          <w:lang w:eastAsia="ja-JP"/>
        </w:rPr>
      </w:pPr>
      <w:r>
        <w:rPr>
          <w:sz w:val="18"/>
          <w:lang w:eastAsia="ja-JP"/>
        </w:rPr>
        <w:t>※「申請者確認」欄は、適合する場合は○、該当しない場合は―、確認中の場合は△を記載してください。</w:t>
      </w:r>
    </w:p>
    <w:p w14:paraId="6020CC66" w14:textId="77777777" w:rsidR="000478A1" w:rsidRDefault="00000000">
      <w:pPr>
        <w:ind w:left="216" w:hanging="216"/>
        <w:rPr>
          <w:lang w:eastAsia="ja-JP"/>
        </w:rPr>
      </w:pPr>
      <w:r>
        <w:rPr>
          <w:sz w:val="18"/>
          <w:lang w:eastAsia="ja-JP"/>
        </w:rPr>
        <w:t>※根拠資料欄には、規程名、既存資料名、図面、写真、説明等を記載してください。</w:t>
      </w:r>
    </w:p>
    <w:p w14:paraId="654E4A5B" w14:textId="49CDE00E" w:rsidR="000478A1" w:rsidRDefault="00000000">
      <w:pPr>
        <w:ind w:left="216" w:hanging="216"/>
        <w:rPr>
          <w:lang w:eastAsia="ja-JP"/>
        </w:rPr>
      </w:pPr>
      <w:r>
        <w:rPr>
          <w:sz w:val="18"/>
          <w:lang w:eastAsia="ja-JP"/>
        </w:rPr>
        <w:t>※</w:t>
      </w:r>
      <w:r w:rsidR="003B23E4">
        <w:rPr>
          <w:rFonts w:hint="eastAsia"/>
          <w:sz w:val="18"/>
          <w:lang w:eastAsia="ja-JP"/>
        </w:rPr>
        <w:t xml:space="preserve">「７　</w:t>
      </w:r>
      <w:r>
        <w:rPr>
          <w:sz w:val="18"/>
          <w:lang w:eastAsia="ja-JP"/>
        </w:rPr>
        <w:t>児童対象性暴力等の防止</w:t>
      </w:r>
      <w:r w:rsidR="003B23E4">
        <w:rPr>
          <w:rFonts w:hint="eastAsia"/>
          <w:sz w:val="18"/>
          <w:lang w:eastAsia="ja-JP"/>
        </w:rPr>
        <w:t>」</w:t>
      </w:r>
      <w:r>
        <w:rPr>
          <w:sz w:val="18"/>
          <w:lang w:eastAsia="ja-JP"/>
        </w:rPr>
        <w:t>は、令和８年12月25日から満たすものとして</w:t>
      </w:r>
      <w:r w:rsidR="00F15737">
        <w:rPr>
          <w:rFonts w:hint="eastAsia"/>
          <w:sz w:val="18"/>
          <w:lang w:eastAsia="ja-JP"/>
        </w:rPr>
        <w:t>それ以前</w:t>
      </w:r>
      <w:r>
        <w:rPr>
          <w:sz w:val="18"/>
          <w:lang w:eastAsia="ja-JP"/>
        </w:rPr>
        <w:t>では審査対象外とします。</w:t>
      </w:r>
    </w:p>
    <w:tbl>
      <w:tblPr>
        <w:tblStyle w:val="afe"/>
        <w:tblW w:w="9408" w:type="dxa"/>
        <w:jc w:val="center"/>
        <w:tblLayout w:type="fixed"/>
        <w:tblLook w:val="04A0" w:firstRow="1" w:lastRow="0" w:firstColumn="1" w:lastColumn="0" w:noHBand="0" w:noVBand="1"/>
      </w:tblPr>
      <w:tblGrid>
        <w:gridCol w:w="568"/>
        <w:gridCol w:w="1419"/>
        <w:gridCol w:w="2126"/>
        <w:gridCol w:w="1276"/>
        <w:gridCol w:w="4019"/>
      </w:tblGrid>
      <w:tr w:rsidR="000478A1" w14:paraId="4A3A5E00" w14:textId="77777777" w:rsidTr="001548C7">
        <w:trPr>
          <w:trHeight w:val="50"/>
          <w:jc w:val="center"/>
        </w:trPr>
        <w:tc>
          <w:tcPr>
            <w:tcW w:w="568" w:type="dxa"/>
            <w:shd w:val="clear" w:color="auto" w:fill="D9D9D9" w:themeFill="background1" w:themeFillShade="D9"/>
            <w:tcMar>
              <w:top w:w="80" w:type="dxa"/>
              <w:left w:w="120" w:type="dxa"/>
              <w:bottom w:w="80" w:type="dxa"/>
              <w:right w:w="120" w:type="dxa"/>
            </w:tcMar>
            <w:vAlign w:val="center"/>
          </w:tcPr>
          <w:p w14:paraId="07877515" w14:textId="2C1A7F8B" w:rsidR="000478A1" w:rsidRDefault="00F15737" w:rsidP="003B23E4">
            <w:pPr>
              <w:spacing w:line="200" w:lineRule="exact"/>
              <w:jc w:val="center"/>
            </w:pPr>
            <w:r w:rsidRPr="003B23E4">
              <w:rPr>
                <w:rFonts w:hint="eastAsia"/>
                <w:b/>
                <w:sz w:val="16"/>
                <w:szCs w:val="20"/>
                <w:lang w:eastAsia="ja-JP"/>
              </w:rPr>
              <w:t>番号</w:t>
            </w:r>
          </w:p>
        </w:tc>
        <w:tc>
          <w:tcPr>
            <w:tcW w:w="1419" w:type="dxa"/>
            <w:shd w:val="clear" w:color="auto" w:fill="D9D9D9" w:themeFill="background1" w:themeFillShade="D9"/>
            <w:tcMar>
              <w:top w:w="80" w:type="dxa"/>
              <w:left w:w="120" w:type="dxa"/>
              <w:bottom w:w="80" w:type="dxa"/>
              <w:right w:w="120" w:type="dxa"/>
            </w:tcMar>
            <w:vAlign w:val="center"/>
          </w:tcPr>
          <w:p w14:paraId="72A348F1" w14:textId="77777777" w:rsidR="000478A1" w:rsidRDefault="00000000" w:rsidP="003B23E4">
            <w:pPr>
              <w:spacing w:line="200" w:lineRule="exact"/>
              <w:jc w:val="center"/>
            </w:pPr>
            <w:r>
              <w:rPr>
                <w:b/>
                <w:sz w:val="19"/>
              </w:rPr>
              <w:t>項目</w:t>
            </w:r>
          </w:p>
        </w:tc>
        <w:tc>
          <w:tcPr>
            <w:tcW w:w="2126" w:type="dxa"/>
            <w:shd w:val="clear" w:color="auto" w:fill="D9D9D9" w:themeFill="background1" w:themeFillShade="D9"/>
            <w:tcMar>
              <w:top w:w="80" w:type="dxa"/>
              <w:left w:w="120" w:type="dxa"/>
              <w:bottom w:w="80" w:type="dxa"/>
              <w:right w:w="120" w:type="dxa"/>
            </w:tcMar>
            <w:vAlign w:val="center"/>
          </w:tcPr>
          <w:p w14:paraId="7D324D18" w14:textId="77777777" w:rsidR="000478A1" w:rsidRDefault="00000000" w:rsidP="003B23E4">
            <w:pPr>
              <w:spacing w:line="200" w:lineRule="exact"/>
              <w:jc w:val="center"/>
            </w:pPr>
            <w:r>
              <w:rPr>
                <w:b/>
                <w:sz w:val="19"/>
              </w:rPr>
              <w:t>確認内容</w:t>
            </w:r>
          </w:p>
        </w:tc>
        <w:tc>
          <w:tcPr>
            <w:tcW w:w="1276" w:type="dxa"/>
            <w:shd w:val="clear" w:color="auto" w:fill="D9D9D9" w:themeFill="background1" w:themeFillShade="D9"/>
            <w:tcMar>
              <w:top w:w="80" w:type="dxa"/>
              <w:left w:w="120" w:type="dxa"/>
              <w:bottom w:w="80" w:type="dxa"/>
              <w:right w:w="120" w:type="dxa"/>
            </w:tcMar>
            <w:vAlign w:val="center"/>
          </w:tcPr>
          <w:p w14:paraId="0DC48231" w14:textId="77777777" w:rsidR="000478A1" w:rsidRDefault="00000000" w:rsidP="003B23E4">
            <w:pPr>
              <w:spacing w:line="200" w:lineRule="exact"/>
              <w:jc w:val="center"/>
            </w:pPr>
            <w:r>
              <w:rPr>
                <w:b/>
                <w:sz w:val="19"/>
              </w:rPr>
              <w:t>申請者確認</w:t>
            </w:r>
          </w:p>
        </w:tc>
        <w:tc>
          <w:tcPr>
            <w:tcW w:w="4019" w:type="dxa"/>
            <w:shd w:val="clear" w:color="auto" w:fill="D9D9D9" w:themeFill="background1" w:themeFillShade="D9"/>
            <w:tcMar>
              <w:top w:w="80" w:type="dxa"/>
              <w:left w:w="120" w:type="dxa"/>
              <w:bottom w:w="80" w:type="dxa"/>
              <w:right w:w="120" w:type="dxa"/>
            </w:tcMar>
            <w:vAlign w:val="center"/>
          </w:tcPr>
          <w:p w14:paraId="46C337A4" w14:textId="18D2FCC4" w:rsidR="000478A1" w:rsidRDefault="00000000" w:rsidP="003B23E4">
            <w:pPr>
              <w:spacing w:line="200" w:lineRule="exact"/>
              <w:jc w:val="center"/>
              <w:rPr>
                <w:lang w:eastAsia="ja-JP"/>
              </w:rPr>
            </w:pPr>
            <w:r>
              <w:rPr>
                <w:b/>
                <w:sz w:val="19"/>
              </w:rPr>
              <w:t>根拠資料</w:t>
            </w:r>
          </w:p>
        </w:tc>
      </w:tr>
      <w:tr w:rsidR="000478A1" w14:paraId="0FB0D54E" w14:textId="77777777" w:rsidTr="001548C7">
        <w:trPr>
          <w:jc w:val="center"/>
        </w:trPr>
        <w:tc>
          <w:tcPr>
            <w:tcW w:w="568" w:type="dxa"/>
            <w:tcMar>
              <w:top w:w="80" w:type="dxa"/>
              <w:left w:w="120" w:type="dxa"/>
              <w:bottom w:w="80" w:type="dxa"/>
              <w:right w:w="120" w:type="dxa"/>
            </w:tcMar>
            <w:vAlign w:val="center"/>
          </w:tcPr>
          <w:p w14:paraId="3C351485" w14:textId="77777777" w:rsidR="000478A1" w:rsidRDefault="00000000">
            <w:pPr>
              <w:jc w:val="center"/>
            </w:pPr>
            <w:r>
              <w:rPr>
                <w:sz w:val="17"/>
              </w:rPr>
              <w:t>1</w:t>
            </w:r>
          </w:p>
        </w:tc>
        <w:tc>
          <w:tcPr>
            <w:tcW w:w="1419" w:type="dxa"/>
            <w:tcMar>
              <w:top w:w="80" w:type="dxa"/>
              <w:left w:w="120" w:type="dxa"/>
              <w:bottom w:w="80" w:type="dxa"/>
              <w:right w:w="120" w:type="dxa"/>
            </w:tcMar>
            <w:vAlign w:val="center"/>
          </w:tcPr>
          <w:p w14:paraId="5B610915" w14:textId="77777777" w:rsidR="000478A1" w:rsidRDefault="00000000" w:rsidP="001548C7">
            <w:pPr>
              <w:jc w:val="both"/>
            </w:pPr>
            <w:r>
              <w:rPr>
                <w:sz w:val="17"/>
              </w:rPr>
              <w:t>一般原則</w:t>
            </w:r>
          </w:p>
        </w:tc>
        <w:tc>
          <w:tcPr>
            <w:tcW w:w="2126" w:type="dxa"/>
            <w:tcMar>
              <w:top w:w="80" w:type="dxa"/>
              <w:left w:w="120" w:type="dxa"/>
              <w:bottom w:w="80" w:type="dxa"/>
              <w:right w:w="120" w:type="dxa"/>
            </w:tcMar>
            <w:vAlign w:val="center"/>
          </w:tcPr>
          <w:p w14:paraId="34A65182" w14:textId="77777777" w:rsidR="000478A1" w:rsidRDefault="00000000" w:rsidP="001548C7">
            <w:pPr>
              <w:jc w:val="both"/>
              <w:rPr>
                <w:lang w:eastAsia="ja-JP"/>
              </w:rPr>
            </w:pPr>
            <w:r>
              <w:rPr>
                <w:sz w:val="17"/>
                <w:lang w:eastAsia="ja-JP"/>
              </w:rPr>
              <w:t>児童の権利に十分配慮し、一人一人の人格を尊重して運営する。</w:t>
            </w:r>
          </w:p>
        </w:tc>
        <w:tc>
          <w:tcPr>
            <w:tcW w:w="1276" w:type="dxa"/>
            <w:tcMar>
              <w:top w:w="80" w:type="dxa"/>
              <w:left w:w="120" w:type="dxa"/>
              <w:bottom w:w="80" w:type="dxa"/>
              <w:right w:w="120" w:type="dxa"/>
            </w:tcMar>
            <w:vAlign w:val="center"/>
          </w:tcPr>
          <w:p w14:paraId="6B91AAC3"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4E50E011" w14:textId="77777777" w:rsidR="000478A1" w:rsidRDefault="000478A1"/>
        </w:tc>
      </w:tr>
      <w:tr w:rsidR="000478A1" w14:paraId="7996BE4B" w14:textId="77777777" w:rsidTr="001548C7">
        <w:trPr>
          <w:jc w:val="center"/>
        </w:trPr>
        <w:tc>
          <w:tcPr>
            <w:tcW w:w="568" w:type="dxa"/>
            <w:tcMar>
              <w:top w:w="80" w:type="dxa"/>
              <w:left w:w="120" w:type="dxa"/>
              <w:bottom w:w="80" w:type="dxa"/>
              <w:right w:w="120" w:type="dxa"/>
            </w:tcMar>
            <w:vAlign w:val="center"/>
          </w:tcPr>
          <w:p w14:paraId="0DF3BEBF" w14:textId="77777777" w:rsidR="000478A1" w:rsidRDefault="00000000">
            <w:pPr>
              <w:jc w:val="center"/>
            </w:pPr>
            <w:r>
              <w:rPr>
                <w:sz w:val="17"/>
              </w:rPr>
              <w:t>2</w:t>
            </w:r>
          </w:p>
        </w:tc>
        <w:tc>
          <w:tcPr>
            <w:tcW w:w="1419" w:type="dxa"/>
            <w:tcMar>
              <w:top w:w="80" w:type="dxa"/>
              <w:left w:w="120" w:type="dxa"/>
              <w:bottom w:w="80" w:type="dxa"/>
              <w:right w:w="120" w:type="dxa"/>
            </w:tcMar>
            <w:vAlign w:val="center"/>
          </w:tcPr>
          <w:p w14:paraId="5AE95BB5" w14:textId="77777777" w:rsidR="000478A1" w:rsidRDefault="00000000" w:rsidP="001548C7">
            <w:pPr>
              <w:jc w:val="both"/>
            </w:pPr>
            <w:r>
              <w:rPr>
                <w:sz w:val="17"/>
              </w:rPr>
              <w:t>差別的取扱いの禁止</w:t>
            </w:r>
          </w:p>
        </w:tc>
        <w:tc>
          <w:tcPr>
            <w:tcW w:w="2126" w:type="dxa"/>
            <w:tcMar>
              <w:top w:w="80" w:type="dxa"/>
              <w:left w:w="120" w:type="dxa"/>
              <w:bottom w:w="80" w:type="dxa"/>
              <w:right w:w="120" w:type="dxa"/>
            </w:tcMar>
            <w:vAlign w:val="center"/>
          </w:tcPr>
          <w:p w14:paraId="4570230B" w14:textId="79591567" w:rsidR="000478A1" w:rsidRDefault="00F15737" w:rsidP="001548C7">
            <w:pPr>
              <w:jc w:val="both"/>
              <w:rPr>
                <w:lang w:eastAsia="ja-JP"/>
              </w:rPr>
            </w:pPr>
            <w:r>
              <w:rPr>
                <w:rFonts w:hint="eastAsia"/>
                <w:sz w:val="17"/>
                <w:lang w:eastAsia="ja-JP"/>
              </w:rPr>
              <w:t>児童の</w:t>
            </w:r>
            <w:r>
              <w:rPr>
                <w:sz w:val="17"/>
                <w:lang w:eastAsia="ja-JP"/>
              </w:rPr>
              <w:t>国籍、信条、社会的身分等による差別的取扱いをしない。</w:t>
            </w:r>
          </w:p>
        </w:tc>
        <w:tc>
          <w:tcPr>
            <w:tcW w:w="1276" w:type="dxa"/>
            <w:tcMar>
              <w:top w:w="80" w:type="dxa"/>
              <w:left w:w="120" w:type="dxa"/>
              <w:bottom w:w="80" w:type="dxa"/>
              <w:right w:w="120" w:type="dxa"/>
            </w:tcMar>
            <w:vAlign w:val="center"/>
          </w:tcPr>
          <w:p w14:paraId="79FD333C"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01A387A0" w14:textId="77777777" w:rsidR="000478A1" w:rsidRDefault="000478A1"/>
        </w:tc>
      </w:tr>
      <w:tr w:rsidR="000478A1" w14:paraId="2874C9DA" w14:textId="77777777" w:rsidTr="001548C7">
        <w:trPr>
          <w:jc w:val="center"/>
        </w:trPr>
        <w:tc>
          <w:tcPr>
            <w:tcW w:w="568" w:type="dxa"/>
            <w:tcMar>
              <w:top w:w="80" w:type="dxa"/>
              <w:left w:w="120" w:type="dxa"/>
              <w:bottom w:w="80" w:type="dxa"/>
              <w:right w:w="120" w:type="dxa"/>
            </w:tcMar>
            <w:vAlign w:val="center"/>
          </w:tcPr>
          <w:p w14:paraId="270F33CB" w14:textId="77777777" w:rsidR="000478A1" w:rsidRDefault="00000000">
            <w:pPr>
              <w:jc w:val="center"/>
            </w:pPr>
            <w:r>
              <w:rPr>
                <w:sz w:val="17"/>
              </w:rPr>
              <w:t>3</w:t>
            </w:r>
          </w:p>
        </w:tc>
        <w:tc>
          <w:tcPr>
            <w:tcW w:w="1419" w:type="dxa"/>
            <w:tcMar>
              <w:top w:w="80" w:type="dxa"/>
              <w:left w:w="120" w:type="dxa"/>
              <w:bottom w:w="80" w:type="dxa"/>
              <w:right w:w="120" w:type="dxa"/>
            </w:tcMar>
            <w:vAlign w:val="center"/>
          </w:tcPr>
          <w:p w14:paraId="0D42AB05" w14:textId="77777777" w:rsidR="000478A1" w:rsidRDefault="00000000" w:rsidP="001548C7">
            <w:pPr>
              <w:jc w:val="both"/>
            </w:pPr>
            <w:r>
              <w:rPr>
                <w:sz w:val="17"/>
              </w:rPr>
              <w:t>必要な設備</w:t>
            </w:r>
          </w:p>
        </w:tc>
        <w:tc>
          <w:tcPr>
            <w:tcW w:w="2126" w:type="dxa"/>
            <w:tcMar>
              <w:top w:w="80" w:type="dxa"/>
              <w:left w:w="120" w:type="dxa"/>
              <w:bottom w:w="80" w:type="dxa"/>
              <w:right w:w="120" w:type="dxa"/>
            </w:tcMar>
            <w:vAlign w:val="center"/>
          </w:tcPr>
          <w:p w14:paraId="51A7A21A" w14:textId="77777777" w:rsidR="000478A1" w:rsidRDefault="00000000" w:rsidP="001548C7">
            <w:pPr>
              <w:jc w:val="both"/>
              <w:rPr>
                <w:lang w:eastAsia="ja-JP"/>
              </w:rPr>
            </w:pPr>
            <w:r>
              <w:rPr>
                <w:sz w:val="17"/>
                <w:lang w:eastAsia="ja-JP"/>
              </w:rPr>
              <w:t>一時保護の目的を達成するために必要な設備を設ける。</w:t>
            </w:r>
          </w:p>
        </w:tc>
        <w:tc>
          <w:tcPr>
            <w:tcW w:w="1276" w:type="dxa"/>
            <w:tcMar>
              <w:top w:w="80" w:type="dxa"/>
              <w:left w:w="120" w:type="dxa"/>
              <w:bottom w:w="80" w:type="dxa"/>
              <w:right w:w="120" w:type="dxa"/>
            </w:tcMar>
            <w:vAlign w:val="center"/>
          </w:tcPr>
          <w:p w14:paraId="27029DA2"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2A660FB1" w14:textId="77777777" w:rsidR="000478A1" w:rsidRDefault="000478A1"/>
        </w:tc>
      </w:tr>
      <w:tr w:rsidR="000478A1" w14:paraId="4E6FEA9C" w14:textId="77777777" w:rsidTr="001548C7">
        <w:trPr>
          <w:jc w:val="center"/>
        </w:trPr>
        <w:tc>
          <w:tcPr>
            <w:tcW w:w="568" w:type="dxa"/>
            <w:tcMar>
              <w:top w:w="80" w:type="dxa"/>
              <w:left w:w="120" w:type="dxa"/>
              <w:bottom w:w="80" w:type="dxa"/>
              <w:right w:w="120" w:type="dxa"/>
            </w:tcMar>
            <w:vAlign w:val="center"/>
          </w:tcPr>
          <w:p w14:paraId="23706DCA" w14:textId="77777777" w:rsidR="000478A1" w:rsidRDefault="00000000">
            <w:pPr>
              <w:jc w:val="center"/>
            </w:pPr>
            <w:r>
              <w:rPr>
                <w:sz w:val="17"/>
              </w:rPr>
              <w:t>4</w:t>
            </w:r>
          </w:p>
        </w:tc>
        <w:tc>
          <w:tcPr>
            <w:tcW w:w="1419" w:type="dxa"/>
            <w:tcMar>
              <w:top w:w="80" w:type="dxa"/>
              <w:left w:w="120" w:type="dxa"/>
              <w:bottom w:w="80" w:type="dxa"/>
              <w:right w:w="120" w:type="dxa"/>
            </w:tcMar>
            <w:vAlign w:val="center"/>
          </w:tcPr>
          <w:p w14:paraId="2B309DB3" w14:textId="77777777" w:rsidR="000478A1" w:rsidRDefault="00000000" w:rsidP="001548C7">
            <w:pPr>
              <w:jc w:val="both"/>
            </w:pPr>
            <w:r>
              <w:rPr>
                <w:sz w:val="17"/>
              </w:rPr>
              <w:t>権利の制限</w:t>
            </w:r>
          </w:p>
        </w:tc>
        <w:tc>
          <w:tcPr>
            <w:tcW w:w="2126" w:type="dxa"/>
            <w:tcMar>
              <w:top w:w="80" w:type="dxa"/>
              <w:left w:w="120" w:type="dxa"/>
              <w:bottom w:w="80" w:type="dxa"/>
              <w:right w:w="120" w:type="dxa"/>
            </w:tcMar>
            <w:vAlign w:val="center"/>
          </w:tcPr>
          <w:p w14:paraId="031EA22A" w14:textId="77777777" w:rsidR="000478A1" w:rsidRDefault="00000000" w:rsidP="001548C7">
            <w:pPr>
              <w:jc w:val="both"/>
              <w:rPr>
                <w:lang w:eastAsia="ja-JP"/>
              </w:rPr>
            </w:pPr>
            <w:r>
              <w:rPr>
                <w:sz w:val="17"/>
                <w:lang w:eastAsia="ja-JP"/>
              </w:rPr>
              <w:t>正当な理由なく児童の権利を制限せず、やむを得ず制限する場合は説明し理解を得るよう努める。</w:t>
            </w:r>
          </w:p>
        </w:tc>
        <w:tc>
          <w:tcPr>
            <w:tcW w:w="1276" w:type="dxa"/>
            <w:tcMar>
              <w:top w:w="80" w:type="dxa"/>
              <w:left w:w="120" w:type="dxa"/>
              <w:bottom w:w="80" w:type="dxa"/>
              <w:right w:w="120" w:type="dxa"/>
            </w:tcMar>
            <w:vAlign w:val="center"/>
          </w:tcPr>
          <w:p w14:paraId="493FD955"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318174F0" w14:textId="77777777" w:rsidR="000478A1" w:rsidRDefault="000478A1"/>
        </w:tc>
      </w:tr>
      <w:tr w:rsidR="000478A1" w14:paraId="58365075" w14:textId="77777777" w:rsidTr="001548C7">
        <w:trPr>
          <w:jc w:val="center"/>
        </w:trPr>
        <w:tc>
          <w:tcPr>
            <w:tcW w:w="568" w:type="dxa"/>
            <w:tcMar>
              <w:top w:w="80" w:type="dxa"/>
              <w:left w:w="120" w:type="dxa"/>
              <w:bottom w:w="80" w:type="dxa"/>
              <w:right w:w="120" w:type="dxa"/>
            </w:tcMar>
            <w:vAlign w:val="center"/>
          </w:tcPr>
          <w:p w14:paraId="36885131" w14:textId="77777777" w:rsidR="000478A1" w:rsidRDefault="00000000">
            <w:pPr>
              <w:jc w:val="center"/>
            </w:pPr>
            <w:r>
              <w:rPr>
                <w:sz w:val="17"/>
              </w:rPr>
              <w:t>5</w:t>
            </w:r>
          </w:p>
        </w:tc>
        <w:tc>
          <w:tcPr>
            <w:tcW w:w="1419" w:type="dxa"/>
            <w:tcMar>
              <w:top w:w="80" w:type="dxa"/>
              <w:left w:w="120" w:type="dxa"/>
              <w:bottom w:w="80" w:type="dxa"/>
              <w:right w:w="120" w:type="dxa"/>
            </w:tcMar>
            <w:vAlign w:val="center"/>
          </w:tcPr>
          <w:p w14:paraId="269F9B92" w14:textId="77777777" w:rsidR="000478A1" w:rsidRDefault="00000000" w:rsidP="001548C7">
            <w:pPr>
              <w:jc w:val="both"/>
            </w:pPr>
            <w:r>
              <w:rPr>
                <w:sz w:val="17"/>
              </w:rPr>
              <w:t>行動の制限</w:t>
            </w:r>
          </w:p>
        </w:tc>
        <w:tc>
          <w:tcPr>
            <w:tcW w:w="2126" w:type="dxa"/>
            <w:tcMar>
              <w:top w:w="80" w:type="dxa"/>
              <w:left w:w="120" w:type="dxa"/>
              <w:bottom w:w="80" w:type="dxa"/>
              <w:right w:w="120" w:type="dxa"/>
            </w:tcMar>
            <w:vAlign w:val="center"/>
          </w:tcPr>
          <w:p w14:paraId="541FF08D" w14:textId="77777777" w:rsidR="000478A1" w:rsidRDefault="00000000" w:rsidP="001548C7">
            <w:pPr>
              <w:jc w:val="both"/>
              <w:rPr>
                <w:lang w:eastAsia="ja-JP"/>
              </w:rPr>
            </w:pPr>
            <w:r>
              <w:rPr>
                <w:sz w:val="17"/>
                <w:lang w:eastAsia="ja-JP"/>
              </w:rPr>
              <w:t>施錠等により児童の行動を制限しない。</w:t>
            </w:r>
          </w:p>
        </w:tc>
        <w:tc>
          <w:tcPr>
            <w:tcW w:w="1276" w:type="dxa"/>
            <w:tcMar>
              <w:top w:w="80" w:type="dxa"/>
              <w:left w:w="120" w:type="dxa"/>
              <w:bottom w:w="80" w:type="dxa"/>
              <w:right w:w="120" w:type="dxa"/>
            </w:tcMar>
            <w:vAlign w:val="center"/>
          </w:tcPr>
          <w:p w14:paraId="685C3A1F"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352E9C7E" w14:textId="77777777" w:rsidR="000478A1" w:rsidRDefault="000478A1"/>
        </w:tc>
      </w:tr>
      <w:tr w:rsidR="000478A1" w14:paraId="5DD7C6DA" w14:textId="77777777" w:rsidTr="001548C7">
        <w:trPr>
          <w:jc w:val="center"/>
        </w:trPr>
        <w:tc>
          <w:tcPr>
            <w:tcW w:w="568" w:type="dxa"/>
            <w:tcMar>
              <w:top w:w="80" w:type="dxa"/>
              <w:left w:w="120" w:type="dxa"/>
              <w:bottom w:w="80" w:type="dxa"/>
              <w:right w:w="120" w:type="dxa"/>
            </w:tcMar>
            <w:vAlign w:val="center"/>
          </w:tcPr>
          <w:p w14:paraId="36B98BAB" w14:textId="77777777" w:rsidR="000478A1" w:rsidRDefault="00000000">
            <w:pPr>
              <w:jc w:val="center"/>
            </w:pPr>
            <w:r>
              <w:rPr>
                <w:sz w:val="17"/>
              </w:rPr>
              <w:t>6</w:t>
            </w:r>
          </w:p>
        </w:tc>
        <w:tc>
          <w:tcPr>
            <w:tcW w:w="1419" w:type="dxa"/>
            <w:tcMar>
              <w:top w:w="80" w:type="dxa"/>
              <w:left w:w="120" w:type="dxa"/>
              <w:bottom w:w="80" w:type="dxa"/>
              <w:right w:w="120" w:type="dxa"/>
            </w:tcMar>
            <w:vAlign w:val="center"/>
          </w:tcPr>
          <w:p w14:paraId="072FFFEF" w14:textId="77777777" w:rsidR="000478A1" w:rsidRDefault="00000000" w:rsidP="001548C7">
            <w:pPr>
              <w:jc w:val="both"/>
            </w:pPr>
            <w:r>
              <w:rPr>
                <w:sz w:val="17"/>
              </w:rPr>
              <w:t>虐待等の禁止</w:t>
            </w:r>
          </w:p>
        </w:tc>
        <w:tc>
          <w:tcPr>
            <w:tcW w:w="2126" w:type="dxa"/>
            <w:tcMar>
              <w:top w:w="80" w:type="dxa"/>
              <w:left w:w="120" w:type="dxa"/>
              <w:bottom w:w="80" w:type="dxa"/>
              <w:right w:w="120" w:type="dxa"/>
            </w:tcMar>
            <w:vAlign w:val="center"/>
          </w:tcPr>
          <w:p w14:paraId="577A1B03" w14:textId="77777777" w:rsidR="000478A1" w:rsidRDefault="00000000" w:rsidP="001548C7">
            <w:pPr>
              <w:jc w:val="both"/>
              <w:rPr>
                <w:lang w:eastAsia="ja-JP"/>
              </w:rPr>
            </w:pPr>
            <w:r>
              <w:rPr>
                <w:sz w:val="17"/>
                <w:lang w:eastAsia="ja-JP"/>
              </w:rPr>
              <w:t>職員が児童に虐待その他心身に有害な影響を与える行為をしない。</w:t>
            </w:r>
          </w:p>
        </w:tc>
        <w:tc>
          <w:tcPr>
            <w:tcW w:w="1276" w:type="dxa"/>
            <w:tcMar>
              <w:top w:w="80" w:type="dxa"/>
              <w:left w:w="120" w:type="dxa"/>
              <w:bottom w:w="80" w:type="dxa"/>
              <w:right w:w="120" w:type="dxa"/>
            </w:tcMar>
            <w:vAlign w:val="center"/>
          </w:tcPr>
          <w:p w14:paraId="026B1BDC"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62186B43" w14:textId="77777777" w:rsidR="000478A1" w:rsidRDefault="000478A1"/>
        </w:tc>
      </w:tr>
      <w:tr w:rsidR="000478A1" w14:paraId="14FB7B96" w14:textId="77777777" w:rsidTr="001548C7">
        <w:trPr>
          <w:jc w:val="center"/>
        </w:trPr>
        <w:tc>
          <w:tcPr>
            <w:tcW w:w="568" w:type="dxa"/>
            <w:tcMar>
              <w:top w:w="80" w:type="dxa"/>
              <w:left w:w="120" w:type="dxa"/>
              <w:bottom w:w="80" w:type="dxa"/>
              <w:right w:w="120" w:type="dxa"/>
            </w:tcMar>
            <w:vAlign w:val="center"/>
          </w:tcPr>
          <w:p w14:paraId="39F47E0D" w14:textId="77777777" w:rsidR="000478A1" w:rsidRDefault="00000000">
            <w:pPr>
              <w:jc w:val="center"/>
            </w:pPr>
            <w:r>
              <w:rPr>
                <w:sz w:val="17"/>
              </w:rPr>
              <w:lastRenderedPageBreak/>
              <w:t>7</w:t>
            </w:r>
          </w:p>
        </w:tc>
        <w:tc>
          <w:tcPr>
            <w:tcW w:w="1419" w:type="dxa"/>
            <w:tcMar>
              <w:top w:w="80" w:type="dxa"/>
              <w:left w:w="120" w:type="dxa"/>
              <w:bottom w:w="80" w:type="dxa"/>
              <w:right w:w="120" w:type="dxa"/>
            </w:tcMar>
            <w:vAlign w:val="center"/>
          </w:tcPr>
          <w:p w14:paraId="73947EED" w14:textId="77777777" w:rsidR="000478A1" w:rsidRDefault="00000000" w:rsidP="001548C7">
            <w:pPr>
              <w:jc w:val="both"/>
              <w:rPr>
                <w:lang w:eastAsia="ja-JP"/>
              </w:rPr>
            </w:pPr>
            <w:r>
              <w:rPr>
                <w:sz w:val="17"/>
                <w:lang w:eastAsia="ja-JP"/>
              </w:rPr>
              <w:t>児童対象性暴力等の防止</w:t>
            </w:r>
          </w:p>
        </w:tc>
        <w:tc>
          <w:tcPr>
            <w:tcW w:w="2126" w:type="dxa"/>
            <w:tcMar>
              <w:top w:w="80" w:type="dxa"/>
              <w:left w:w="120" w:type="dxa"/>
              <w:bottom w:w="80" w:type="dxa"/>
              <w:right w:w="120" w:type="dxa"/>
            </w:tcMar>
            <w:vAlign w:val="center"/>
          </w:tcPr>
          <w:p w14:paraId="3841672A" w14:textId="52DBA46A" w:rsidR="00240861" w:rsidRDefault="00000000" w:rsidP="001548C7">
            <w:pPr>
              <w:jc w:val="both"/>
              <w:rPr>
                <w:sz w:val="17"/>
                <w:lang w:eastAsia="ja-JP"/>
              </w:rPr>
            </w:pPr>
            <w:r>
              <w:rPr>
                <w:sz w:val="17"/>
                <w:lang w:eastAsia="ja-JP"/>
              </w:rPr>
              <w:t>犯罪事実確認</w:t>
            </w:r>
            <w:r w:rsidR="00240861">
              <w:rPr>
                <w:rFonts w:hint="eastAsia"/>
                <w:sz w:val="17"/>
                <w:lang w:eastAsia="ja-JP"/>
              </w:rPr>
              <w:t>、</w:t>
            </w:r>
            <w:r>
              <w:rPr>
                <w:sz w:val="17"/>
                <w:lang w:eastAsia="ja-JP"/>
              </w:rPr>
              <w:t>その他必要な措置を講ずる。</w:t>
            </w:r>
          </w:p>
          <w:p w14:paraId="22D651DF" w14:textId="10CA3434" w:rsidR="000478A1" w:rsidRDefault="00000000" w:rsidP="001548C7">
            <w:pPr>
              <w:jc w:val="both"/>
              <w:rPr>
                <w:lang w:eastAsia="ja-JP"/>
              </w:rPr>
            </w:pPr>
            <w:r>
              <w:rPr>
                <w:sz w:val="17"/>
                <w:lang w:eastAsia="ja-JP"/>
              </w:rPr>
              <w:t>※令和８年12月25日から適用</w:t>
            </w:r>
          </w:p>
        </w:tc>
        <w:tc>
          <w:tcPr>
            <w:tcW w:w="1276" w:type="dxa"/>
            <w:tcMar>
              <w:top w:w="80" w:type="dxa"/>
              <w:left w:w="120" w:type="dxa"/>
              <w:bottom w:w="80" w:type="dxa"/>
              <w:right w:w="120" w:type="dxa"/>
            </w:tcMar>
            <w:vAlign w:val="center"/>
          </w:tcPr>
          <w:p w14:paraId="130F9096"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572A8349" w14:textId="77777777" w:rsidR="000478A1" w:rsidRDefault="000478A1"/>
        </w:tc>
      </w:tr>
      <w:tr w:rsidR="000478A1" w14:paraId="22A5004B" w14:textId="77777777" w:rsidTr="001548C7">
        <w:trPr>
          <w:jc w:val="center"/>
        </w:trPr>
        <w:tc>
          <w:tcPr>
            <w:tcW w:w="568" w:type="dxa"/>
            <w:tcMar>
              <w:top w:w="80" w:type="dxa"/>
              <w:left w:w="120" w:type="dxa"/>
              <w:bottom w:w="80" w:type="dxa"/>
              <w:right w:w="120" w:type="dxa"/>
            </w:tcMar>
            <w:vAlign w:val="center"/>
          </w:tcPr>
          <w:p w14:paraId="0EC0EAD5" w14:textId="77777777" w:rsidR="000478A1" w:rsidRDefault="00000000">
            <w:pPr>
              <w:jc w:val="center"/>
            </w:pPr>
            <w:r>
              <w:rPr>
                <w:sz w:val="17"/>
              </w:rPr>
              <w:t>8</w:t>
            </w:r>
          </w:p>
        </w:tc>
        <w:tc>
          <w:tcPr>
            <w:tcW w:w="1419" w:type="dxa"/>
            <w:tcMar>
              <w:top w:w="80" w:type="dxa"/>
              <w:left w:w="120" w:type="dxa"/>
              <w:bottom w:w="80" w:type="dxa"/>
              <w:right w:w="120" w:type="dxa"/>
            </w:tcMar>
            <w:vAlign w:val="center"/>
          </w:tcPr>
          <w:p w14:paraId="19FDAFD8" w14:textId="77777777" w:rsidR="000478A1" w:rsidRDefault="00000000" w:rsidP="001548C7">
            <w:pPr>
              <w:jc w:val="both"/>
            </w:pPr>
            <w:r>
              <w:rPr>
                <w:sz w:val="17"/>
              </w:rPr>
              <w:t>非常災害対策</w:t>
            </w:r>
          </w:p>
        </w:tc>
        <w:tc>
          <w:tcPr>
            <w:tcW w:w="2126" w:type="dxa"/>
            <w:tcMar>
              <w:top w:w="80" w:type="dxa"/>
              <w:left w:w="120" w:type="dxa"/>
              <w:bottom w:w="80" w:type="dxa"/>
              <w:right w:w="120" w:type="dxa"/>
            </w:tcMar>
            <w:vAlign w:val="center"/>
          </w:tcPr>
          <w:p w14:paraId="344FA95E" w14:textId="77777777" w:rsidR="000478A1" w:rsidRDefault="00000000" w:rsidP="001548C7">
            <w:pPr>
              <w:jc w:val="both"/>
              <w:rPr>
                <w:lang w:eastAsia="ja-JP"/>
              </w:rPr>
            </w:pPr>
            <w:r>
              <w:rPr>
                <w:sz w:val="17"/>
                <w:lang w:eastAsia="ja-JP"/>
              </w:rPr>
              <w:t>必要な設備、具体的計画及び訓練体制を整え、避難・消火訓練を少なくとも毎月１回行う体制とする。</w:t>
            </w:r>
          </w:p>
        </w:tc>
        <w:tc>
          <w:tcPr>
            <w:tcW w:w="1276" w:type="dxa"/>
            <w:tcMar>
              <w:top w:w="80" w:type="dxa"/>
              <w:left w:w="120" w:type="dxa"/>
              <w:bottom w:w="80" w:type="dxa"/>
              <w:right w:w="120" w:type="dxa"/>
            </w:tcMar>
            <w:vAlign w:val="center"/>
          </w:tcPr>
          <w:p w14:paraId="6F2141F4"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69EC206E" w14:textId="77777777" w:rsidR="000478A1" w:rsidRDefault="000478A1"/>
        </w:tc>
      </w:tr>
      <w:tr w:rsidR="000478A1" w14:paraId="747FAEE3" w14:textId="77777777" w:rsidTr="001548C7">
        <w:trPr>
          <w:jc w:val="center"/>
        </w:trPr>
        <w:tc>
          <w:tcPr>
            <w:tcW w:w="568" w:type="dxa"/>
            <w:tcMar>
              <w:top w:w="80" w:type="dxa"/>
              <w:left w:w="120" w:type="dxa"/>
              <w:bottom w:w="80" w:type="dxa"/>
              <w:right w:w="120" w:type="dxa"/>
            </w:tcMar>
            <w:vAlign w:val="center"/>
          </w:tcPr>
          <w:p w14:paraId="2F08F90A" w14:textId="77777777" w:rsidR="000478A1" w:rsidRDefault="00000000">
            <w:pPr>
              <w:jc w:val="center"/>
            </w:pPr>
            <w:r>
              <w:rPr>
                <w:sz w:val="17"/>
              </w:rPr>
              <w:t>9</w:t>
            </w:r>
          </w:p>
        </w:tc>
        <w:tc>
          <w:tcPr>
            <w:tcW w:w="1419" w:type="dxa"/>
            <w:tcMar>
              <w:top w:w="80" w:type="dxa"/>
              <w:left w:w="120" w:type="dxa"/>
              <w:bottom w:w="80" w:type="dxa"/>
              <w:right w:w="120" w:type="dxa"/>
            </w:tcMar>
            <w:vAlign w:val="center"/>
          </w:tcPr>
          <w:p w14:paraId="0646CC87" w14:textId="77777777" w:rsidR="000478A1" w:rsidRDefault="00000000" w:rsidP="001548C7">
            <w:pPr>
              <w:jc w:val="both"/>
              <w:rPr>
                <w:lang w:eastAsia="ja-JP"/>
              </w:rPr>
            </w:pPr>
            <w:r>
              <w:rPr>
                <w:sz w:val="17"/>
                <w:lang w:eastAsia="ja-JP"/>
              </w:rPr>
              <w:t>自動車運行時の所在確認</w:t>
            </w:r>
          </w:p>
        </w:tc>
        <w:tc>
          <w:tcPr>
            <w:tcW w:w="2126" w:type="dxa"/>
            <w:tcMar>
              <w:top w:w="80" w:type="dxa"/>
              <w:left w:w="120" w:type="dxa"/>
              <w:bottom w:w="80" w:type="dxa"/>
              <w:right w:w="120" w:type="dxa"/>
            </w:tcMar>
            <w:vAlign w:val="center"/>
          </w:tcPr>
          <w:p w14:paraId="65210CFD" w14:textId="77777777" w:rsidR="000478A1" w:rsidRDefault="00000000" w:rsidP="001548C7">
            <w:pPr>
              <w:jc w:val="both"/>
              <w:rPr>
                <w:lang w:eastAsia="ja-JP"/>
              </w:rPr>
            </w:pPr>
            <w:r>
              <w:rPr>
                <w:sz w:val="17"/>
                <w:lang w:eastAsia="ja-JP"/>
              </w:rPr>
              <w:t>乗降時に点呼その他の方法により児童の所在を確認する体制を整える。</w:t>
            </w:r>
          </w:p>
        </w:tc>
        <w:tc>
          <w:tcPr>
            <w:tcW w:w="1276" w:type="dxa"/>
            <w:tcMar>
              <w:top w:w="80" w:type="dxa"/>
              <w:left w:w="120" w:type="dxa"/>
              <w:bottom w:w="80" w:type="dxa"/>
              <w:right w:w="120" w:type="dxa"/>
            </w:tcMar>
            <w:vAlign w:val="center"/>
          </w:tcPr>
          <w:p w14:paraId="3FFC3DB9"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4AD8A6B1" w14:textId="77777777" w:rsidR="000478A1" w:rsidRDefault="000478A1"/>
        </w:tc>
      </w:tr>
      <w:tr w:rsidR="000478A1" w14:paraId="43050774" w14:textId="77777777" w:rsidTr="001548C7">
        <w:trPr>
          <w:jc w:val="center"/>
        </w:trPr>
        <w:tc>
          <w:tcPr>
            <w:tcW w:w="568" w:type="dxa"/>
            <w:tcMar>
              <w:top w:w="80" w:type="dxa"/>
              <w:left w:w="120" w:type="dxa"/>
              <w:bottom w:w="80" w:type="dxa"/>
              <w:right w:w="120" w:type="dxa"/>
            </w:tcMar>
            <w:vAlign w:val="center"/>
          </w:tcPr>
          <w:p w14:paraId="61652B74" w14:textId="77777777" w:rsidR="000478A1" w:rsidRDefault="00000000">
            <w:pPr>
              <w:jc w:val="center"/>
            </w:pPr>
            <w:r>
              <w:rPr>
                <w:sz w:val="17"/>
              </w:rPr>
              <w:t>10</w:t>
            </w:r>
          </w:p>
        </w:tc>
        <w:tc>
          <w:tcPr>
            <w:tcW w:w="1419" w:type="dxa"/>
            <w:tcMar>
              <w:top w:w="80" w:type="dxa"/>
              <w:left w:w="120" w:type="dxa"/>
              <w:bottom w:w="80" w:type="dxa"/>
              <w:right w:w="120" w:type="dxa"/>
            </w:tcMar>
            <w:vAlign w:val="center"/>
          </w:tcPr>
          <w:p w14:paraId="0140FE0D" w14:textId="77777777" w:rsidR="000478A1" w:rsidRDefault="00000000" w:rsidP="001548C7">
            <w:pPr>
              <w:jc w:val="both"/>
            </w:pPr>
            <w:r>
              <w:rPr>
                <w:sz w:val="17"/>
              </w:rPr>
              <w:t>児童の権利擁護</w:t>
            </w:r>
          </w:p>
        </w:tc>
        <w:tc>
          <w:tcPr>
            <w:tcW w:w="2126" w:type="dxa"/>
            <w:tcMar>
              <w:top w:w="80" w:type="dxa"/>
              <w:left w:w="120" w:type="dxa"/>
              <w:bottom w:w="80" w:type="dxa"/>
              <w:right w:w="120" w:type="dxa"/>
            </w:tcMar>
            <w:vAlign w:val="center"/>
          </w:tcPr>
          <w:p w14:paraId="355EE455" w14:textId="77777777" w:rsidR="000478A1" w:rsidRDefault="00000000" w:rsidP="001548C7">
            <w:pPr>
              <w:jc w:val="both"/>
              <w:rPr>
                <w:lang w:eastAsia="ja-JP"/>
              </w:rPr>
            </w:pPr>
            <w:r>
              <w:rPr>
                <w:sz w:val="17"/>
                <w:lang w:eastAsia="ja-JP"/>
              </w:rPr>
              <w:t>児童の意見又は意向を尊重した支援を行う体制を整える。</w:t>
            </w:r>
          </w:p>
        </w:tc>
        <w:tc>
          <w:tcPr>
            <w:tcW w:w="1276" w:type="dxa"/>
            <w:tcMar>
              <w:top w:w="80" w:type="dxa"/>
              <w:left w:w="120" w:type="dxa"/>
              <w:bottom w:w="80" w:type="dxa"/>
              <w:right w:w="120" w:type="dxa"/>
            </w:tcMar>
            <w:vAlign w:val="center"/>
          </w:tcPr>
          <w:p w14:paraId="146A5FC8"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4FE944E6" w14:textId="77777777" w:rsidR="000478A1" w:rsidRDefault="000478A1"/>
        </w:tc>
      </w:tr>
      <w:tr w:rsidR="000478A1" w14:paraId="758BDD1B" w14:textId="77777777" w:rsidTr="001548C7">
        <w:trPr>
          <w:jc w:val="center"/>
        </w:trPr>
        <w:tc>
          <w:tcPr>
            <w:tcW w:w="568" w:type="dxa"/>
            <w:tcMar>
              <w:top w:w="80" w:type="dxa"/>
              <w:left w:w="120" w:type="dxa"/>
              <w:bottom w:w="80" w:type="dxa"/>
              <w:right w:w="120" w:type="dxa"/>
            </w:tcMar>
            <w:vAlign w:val="center"/>
          </w:tcPr>
          <w:p w14:paraId="32FBD1D8" w14:textId="77777777" w:rsidR="000478A1" w:rsidRDefault="00000000">
            <w:pPr>
              <w:jc w:val="center"/>
            </w:pPr>
            <w:r>
              <w:rPr>
                <w:sz w:val="17"/>
              </w:rPr>
              <w:t>11</w:t>
            </w:r>
          </w:p>
        </w:tc>
        <w:tc>
          <w:tcPr>
            <w:tcW w:w="1419" w:type="dxa"/>
            <w:tcMar>
              <w:top w:w="80" w:type="dxa"/>
              <w:left w:w="120" w:type="dxa"/>
              <w:bottom w:w="80" w:type="dxa"/>
              <w:right w:w="120" w:type="dxa"/>
            </w:tcMar>
            <w:vAlign w:val="center"/>
          </w:tcPr>
          <w:p w14:paraId="01AE2A1B" w14:textId="77777777" w:rsidR="000478A1" w:rsidRDefault="00000000" w:rsidP="001548C7">
            <w:pPr>
              <w:jc w:val="both"/>
            </w:pPr>
            <w:r>
              <w:rPr>
                <w:sz w:val="17"/>
              </w:rPr>
              <w:t>所持品等</w:t>
            </w:r>
          </w:p>
        </w:tc>
        <w:tc>
          <w:tcPr>
            <w:tcW w:w="2126" w:type="dxa"/>
            <w:tcMar>
              <w:top w:w="80" w:type="dxa"/>
              <w:left w:w="120" w:type="dxa"/>
              <w:bottom w:w="80" w:type="dxa"/>
              <w:right w:w="120" w:type="dxa"/>
            </w:tcMar>
            <w:vAlign w:val="center"/>
          </w:tcPr>
          <w:p w14:paraId="11921119" w14:textId="77777777" w:rsidR="000478A1" w:rsidRDefault="00000000" w:rsidP="001548C7">
            <w:pPr>
              <w:jc w:val="both"/>
              <w:rPr>
                <w:lang w:eastAsia="ja-JP"/>
              </w:rPr>
            </w:pPr>
            <w:r>
              <w:rPr>
                <w:sz w:val="17"/>
                <w:lang w:eastAsia="ja-JP"/>
              </w:rPr>
              <w:t>持込み制限、説明、相談及び保管について基準に沿った体制を整える。</w:t>
            </w:r>
          </w:p>
        </w:tc>
        <w:tc>
          <w:tcPr>
            <w:tcW w:w="1276" w:type="dxa"/>
            <w:tcMar>
              <w:top w:w="80" w:type="dxa"/>
              <w:left w:w="120" w:type="dxa"/>
              <w:bottom w:w="80" w:type="dxa"/>
              <w:right w:w="120" w:type="dxa"/>
            </w:tcMar>
            <w:vAlign w:val="center"/>
          </w:tcPr>
          <w:p w14:paraId="2BA6A3E8"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32EAD220" w14:textId="77777777" w:rsidR="000478A1" w:rsidRDefault="000478A1"/>
        </w:tc>
      </w:tr>
      <w:tr w:rsidR="000478A1" w14:paraId="51A60C65" w14:textId="77777777" w:rsidTr="001548C7">
        <w:trPr>
          <w:jc w:val="center"/>
        </w:trPr>
        <w:tc>
          <w:tcPr>
            <w:tcW w:w="568" w:type="dxa"/>
            <w:tcMar>
              <w:top w:w="80" w:type="dxa"/>
              <w:left w:w="120" w:type="dxa"/>
              <w:bottom w:w="80" w:type="dxa"/>
              <w:right w:w="120" w:type="dxa"/>
            </w:tcMar>
            <w:vAlign w:val="center"/>
          </w:tcPr>
          <w:p w14:paraId="11AE3997" w14:textId="77777777" w:rsidR="000478A1" w:rsidRDefault="00000000">
            <w:pPr>
              <w:jc w:val="center"/>
            </w:pPr>
            <w:r>
              <w:rPr>
                <w:sz w:val="17"/>
              </w:rPr>
              <w:t>12</w:t>
            </w:r>
          </w:p>
        </w:tc>
        <w:tc>
          <w:tcPr>
            <w:tcW w:w="1419" w:type="dxa"/>
            <w:tcMar>
              <w:top w:w="80" w:type="dxa"/>
              <w:left w:w="120" w:type="dxa"/>
              <w:bottom w:w="80" w:type="dxa"/>
              <w:right w:w="120" w:type="dxa"/>
            </w:tcMar>
            <w:vAlign w:val="center"/>
          </w:tcPr>
          <w:p w14:paraId="63E4152B" w14:textId="77777777" w:rsidR="000478A1" w:rsidRDefault="00000000" w:rsidP="001548C7">
            <w:pPr>
              <w:jc w:val="both"/>
            </w:pPr>
            <w:r>
              <w:rPr>
                <w:sz w:val="17"/>
              </w:rPr>
              <w:t>設備の基準</w:t>
            </w:r>
          </w:p>
        </w:tc>
        <w:tc>
          <w:tcPr>
            <w:tcW w:w="2126" w:type="dxa"/>
            <w:tcMar>
              <w:top w:w="80" w:type="dxa"/>
              <w:left w:w="120" w:type="dxa"/>
              <w:bottom w:w="80" w:type="dxa"/>
              <w:right w:w="120" w:type="dxa"/>
            </w:tcMar>
            <w:vAlign w:val="center"/>
          </w:tcPr>
          <w:p w14:paraId="400CFF1E" w14:textId="77777777" w:rsidR="000478A1" w:rsidRDefault="00000000" w:rsidP="001548C7">
            <w:pPr>
              <w:jc w:val="both"/>
              <w:rPr>
                <w:lang w:eastAsia="ja-JP"/>
              </w:rPr>
            </w:pPr>
            <w:r>
              <w:rPr>
                <w:sz w:val="17"/>
                <w:lang w:eastAsia="ja-JP"/>
              </w:rPr>
              <w:t>居室、食事の場、浴室、便所等を設け、保健衛生、危害防止、安心、性別・多様性及びプライバシーに配慮する。</w:t>
            </w:r>
          </w:p>
        </w:tc>
        <w:tc>
          <w:tcPr>
            <w:tcW w:w="1276" w:type="dxa"/>
            <w:tcMar>
              <w:top w:w="80" w:type="dxa"/>
              <w:left w:w="120" w:type="dxa"/>
              <w:bottom w:w="80" w:type="dxa"/>
              <w:right w:w="120" w:type="dxa"/>
            </w:tcMar>
            <w:vAlign w:val="center"/>
          </w:tcPr>
          <w:p w14:paraId="4DA3FC56"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2714524D" w14:textId="77777777" w:rsidR="000478A1" w:rsidRDefault="000478A1"/>
        </w:tc>
      </w:tr>
      <w:tr w:rsidR="000478A1" w14:paraId="492FBCAC" w14:textId="77777777" w:rsidTr="001548C7">
        <w:trPr>
          <w:jc w:val="center"/>
        </w:trPr>
        <w:tc>
          <w:tcPr>
            <w:tcW w:w="568" w:type="dxa"/>
            <w:tcMar>
              <w:top w:w="80" w:type="dxa"/>
              <w:left w:w="120" w:type="dxa"/>
              <w:bottom w:w="80" w:type="dxa"/>
              <w:right w:w="120" w:type="dxa"/>
            </w:tcMar>
            <w:vAlign w:val="center"/>
          </w:tcPr>
          <w:p w14:paraId="6A364FE9" w14:textId="77777777" w:rsidR="000478A1" w:rsidRDefault="00000000">
            <w:pPr>
              <w:jc w:val="center"/>
            </w:pPr>
            <w:r>
              <w:rPr>
                <w:sz w:val="17"/>
              </w:rPr>
              <w:t>13</w:t>
            </w:r>
          </w:p>
        </w:tc>
        <w:tc>
          <w:tcPr>
            <w:tcW w:w="1419" w:type="dxa"/>
            <w:tcMar>
              <w:top w:w="80" w:type="dxa"/>
              <w:left w:w="120" w:type="dxa"/>
              <w:bottom w:w="80" w:type="dxa"/>
              <w:right w:w="120" w:type="dxa"/>
            </w:tcMar>
            <w:vAlign w:val="center"/>
          </w:tcPr>
          <w:p w14:paraId="40A499F3" w14:textId="77777777" w:rsidR="000478A1" w:rsidRDefault="00000000" w:rsidP="001548C7">
            <w:pPr>
              <w:jc w:val="both"/>
            </w:pPr>
            <w:r>
              <w:rPr>
                <w:sz w:val="17"/>
              </w:rPr>
              <w:t>職員の一般的要件</w:t>
            </w:r>
          </w:p>
        </w:tc>
        <w:tc>
          <w:tcPr>
            <w:tcW w:w="2126" w:type="dxa"/>
            <w:tcMar>
              <w:top w:w="80" w:type="dxa"/>
              <w:left w:w="120" w:type="dxa"/>
              <w:bottom w:w="80" w:type="dxa"/>
              <w:right w:w="120" w:type="dxa"/>
            </w:tcMar>
            <w:vAlign w:val="center"/>
          </w:tcPr>
          <w:p w14:paraId="05B2E63C" w14:textId="77777777" w:rsidR="000478A1" w:rsidRDefault="00000000" w:rsidP="001548C7">
            <w:pPr>
              <w:jc w:val="both"/>
              <w:rPr>
                <w:lang w:eastAsia="ja-JP"/>
              </w:rPr>
            </w:pPr>
            <w:r>
              <w:rPr>
                <w:sz w:val="17"/>
                <w:lang w:eastAsia="ja-JP"/>
              </w:rPr>
              <w:t>健全な心身、豊かな人間性と倫理観及び児童福祉への熱意を備えた職員となる体制を整える。</w:t>
            </w:r>
          </w:p>
        </w:tc>
        <w:tc>
          <w:tcPr>
            <w:tcW w:w="1276" w:type="dxa"/>
            <w:tcMar>
              <w:top w:w="80" w:type="dxa"/>
              <w:left w:w="120" w:type="dxa"/>
              <w:bottom w:w="80" w:type="dxa"/>
              <w:right w:w="120" w:type="dxa"/>
            </w:tcMar>
            <w:vAlign w:val="center"/>
          </w:tcPr>
          <w:p w14:paraId="3B372EF0"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4F108E4B" w14:textId="77777777" w:rsidR="000478A1" w:rsidRDefault="000478A1"/>
        </w:tc>
      </w:tr>
      <w:tr w:rsidR="000478A1" w14:paraId="0366EF86" w14:textId="77777777" w:rsidTr="001548C7">
        <w:trPr>
          <w:jc w:val="center"/>
        </w:trPr>
        <w:tc>
          <w:tcPr>
            <w:tcW w:w="568" w:type="dxa"/>
            <w:tcMar>
              <w:top w:w="80" w:type="dxa"/>
              <w:left w:w="120" w:type="dxa"/>
              <w:bottom w:w="80" w:type="dxa"/>
              <w:right w:w="120" w:type="dxa"/>
            </w:tcMar>
            <w:vAlign w:val="center"/>
          </w:tcPr>
          <w:p w14:paraId="4765DBC4" w14:textId="77777777" w:rsidR="000478A1" w:rsidRDefault="00000000">
            <w:pPr>
              <w:jc w:val="center"/>
            </w:pPr>
            <w:r>
              <w:rPr>
                <w:sz w:val="17"/>
              </w:rPr>
              <w:t>14</w:t>
            </w:r>
          </w:p>
        </w:tc>
        <w:tc>
          <w:tcPr>
            <w:tcW w:w="1419" w:type="dxa"/>
            <w:tcMar>
              <w:top w:w="80" w:type="dxa"/>
              <w:left w:w="120" w:type="dxa"/>
              <w:bottom w:w="80" w:type="dxa"/>
              <w:right w:w="120" w:type="dxa"/>
            </w:tcMar>
            <w:vAlign w:val="center"/>
          </w:tcPr>
          <w:p w14:paraId="29ACBA68" w14:textId="77777777" w:rsidR="000478A1" w:rsidRDefault="00000000" w:rsidP="001548C7">
            <w:pPr>
              <w:jc w:val="both"/>
            </w:pPr>
            <w:r>
              <w:rPr>
                <w:sz w:val="17"/>
              </w:rPr>
              <w:t>夜間の職員配置</w:t>
            </w:r>
          </w:p>
        </w:tc>
        <w:tc>
          <w:tcPr>
            <w:tcW w:w="2126" w:type="dxa"/>
            <w:tcMar>
              <w:top w:w="80" w:type="dxa"/>
              <w:left w:w="120" w:type="dxa"/>
              <w:bottom w:w="80" w:type="dxa"/>
              <w:right w:w="120" w:type="dxa"/>
            </w:tcMar>
            <w:vAlign w:val="center"/>
          </w:tcPr>
          <w:p w14:paraId="6277F734" w14:textId="77777777" w:rsidR="000478A1" w:rsidRDefault="00000000" w:rsidP="001548C7">
            <w:pPr>
              <w:jc w:val="both"/>
              <w:rPr>
                <w:lang w:eastAsia="ja-JP"/>
              </w:rPr>
            </w:pPr>
            <w:r>
              <w:rPr>
                <w:sz w:val="17"/>
                <w:lang w:eastAsia="ja-JP"/>
              </w:rPr>
              <w:t>夜間、少なくとも職員１人以上を置く体制を整える。</w:t>
            </w:r>
          </w:p>
        </w:tc>
        <w:tc>
          <w:tcPr>
            <w:tcW w:w="1276" w:type="dxa"/>
            <w:tcMar>
              <w:top w:w="80" w:type="dxa"/>
              <w:left w:w="120" w:type="dxa"/>
              <w:bottom w:w="80" w:type="dxa"/>
              <w:right w:w="120" w:type="dxa"/>
            </w:tcMar>
            <w:vAlign w:val="center"/>
          </w:tcPr>
          <w:p w14:paraId="2F537469"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2FA5B6EA" w14:textId="77777777" w:rsidR="000478A1" w:rsidRDefault="000478A1"/>
        </w:tc>
      </w:tr>
      <w:tr w:rsidR="000478A1" w14:paraId="3B6A984F" w14:textId="77777777" w:rsidTr="001548C7">
        <w:trPr>
          <w:jc w:val="center"/>
        </w:trPr>
        <w:tc>
          <w:tcPr>
            <w:tcW w:w="568" w:type="dxa"/>
            <w:tcMar>
              <w:top w:w="80" w:type="dxa"/>
              <w:left w:w="120" w:type="dxa"/>
              <w:bottom w:w="80" w:type="dxa"/>
              <w:right w:w="120" w:type="dxa"/>
            </w:tcMar>
            <w:vAlign w:val="center"/>
          </w:tcPr>
          <w:p w14:paraId="1EFFAA38" w14:textId="77777777" w:rsidR="000478A1" w:rsidRDefault="00000000">
            <w:pPr>
              <w:jc w:val="center"/>
            </w:pPr>
            <w:r>
              <w:rPr>
                <w:sz w:val="17"/>
              </w:rPr>
              <w:t>15</w:t>
            </w:r>
          </w:p>
        </w:tc>
        <w:tc>
          <w:tcPr>
            <w:tcW w:w="1419" w:type="dxa"/>
            <w:tcMar>
              <w:top w:w="80" w:type="dxa"/>
              <w:left w:w="120" w:type="dxa"/>
              <w:bottom w:w="80" w:type="dxa"/>
              <w:right w:w="120" w:type="dxa"/>
            </w:tcMar>
            <w:vAlign w:val="center"/>
          </w:tcPr>
          <w:p w14:paraId="5131E535" w14:textId="52028195" w:rsidR="000478A1" w:rsidRPr="001548C7" w:rsidRDefault="00000000" w:rsidP="001548C7">
            <w:pPr>
              <w:jc w:val="both"/>
              <w:rPr>
                <w:sz w:val="17"/>
                <w:lang w:eastAsia="ja-JP"/>
              </w:rPr>
            </w:pPr>
            <w:r>
              <w:rPr>
                <w:sz w:val="17"/>
                <w:lang w:eastAsia="ja-JP"/>
              </w:rPr>
              <w:t>他施設との設備・職員の兼用</w:t>
            </w:r>
          </w:p>
        </w:tc>
        <w:tc>
          <w:tcPr>
            <w:tcW w:w="2126" w:type="dxa"/>
            <w:tcMar>
              <w:top w:w="80" w:type="dxa"/>
              <w:left w:w="120" w:type="dxa"/>
              <w:bottom w:w="80" w:type="dxa"/>
              <w:right w:w="120" w:type="dxa"/>
            </w:tcMar>
            <w:vAlign w:val="center"/>
          </w:tcPr>
          <w:p w14:paraId="02330B4F" w14:textId="77777777" w:rsidR="000478A1" w:rsidRDefault="00000000" w:rsidP="001548C7">
            <w:pPr>
              <w:jc w:val="both"/>
              <w:rPr>
                <w:lang w:eastAsia="ja-JP"/>
              </w:rPr>
            </w:pPr>
            <w:r>
              <w:rPr>
                <w:sz w:val="17"/>
                <w:lang w:eastAsia="ja-JP"/>
              </w:rPr>
              <w:t>兼用する場合も、児童の居室、固有設備及び直接処遇職員は兼用しない。</w:t>
            </w:r>
          </w:p>
        </w:tc>
        <w:tc>
          <w:tcPr>
            <w:tcW w:w="1276" w:type="dxa"/>
            <w:tcMar>
              <w:top w:w="80" w:type="dxa"/>
              <w:left w:w="120" w:type="dxa"/>
              <w:bottom w:w="80" w:type="dxa"/>
              <w:right w:w="120" w:type="dxa"/>
            </w:tcMar>
            <w:vAlign w:val="center"/>
          </w:tcPr>
          <w:p w14:paraId="7B457C22"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33B82B87" w14:textId="77777777" w:rsidR="000478A1" w:rsidRDefault="000478A1"/>
        </w:tc>
      </w:tr>
      <w:tr w:rsidR="000478A1" w14:paraId="49FEE059" w14:textId="77777777" w:rsidTr="001548C7">
        <w:trPr>
          <w:jc w:val="center"/>
        </w:trPr>
        <w:tc>
          <w:tcPr>
            <w:tcW w:w="568" w:type="dxa"/>
            <w:tcMar>
              <w:top w:w="80" w:type="dxa"/>
              <w:left w:w="120" w:type="dxa"/>
              <w:bottom w:w="80" w:type="dxa"/>
              <w:right w:w="120" w:type="dxa"/>
            </w:tcMar>
            <w:vAlign w:val="center"/>
          </w:tcPr>
          <w:p w14:paraId="0361E65F" w14:textId="77777777" w:rsidR="000478A1" w:rsidRDefault="00000000">
            <w:pPr>
              <w:jc w:val="center"/>
            </w:pPr>
            <w:r>
              <w:rPr>
                <w:sz w:val="17"/>
              </w:rPr>
              <w:t>16</w:t>
            </w:r>
          </w:p>
        </w:tc>
        <w:tc>
          <w:tcPr>
            <w:tcW w:w="1419" w:type="dxa"/>
            <w:tcMar>
              <w:top w:w="80" w:type="dxa"/>
              <w:left w:w="120" w:type="dxa"/>
              <w:bottom w:w="80" w:type="dxa"/>
              <w:right w:w="120" w:type="dxa"/>
            </w:tcMar>
            <w:vAlign w:val="center"/>
          </w:tcPr>
          <w:p w14:paraId="5DCF6B8E" w14:textId="77777777" w:rsidR="000478A1" w:rsidRDefault="00000000" w:rsidP="001548C7">
            <w:pPr>
              <w:jc w:val="both"/>
            </w:pPr>
            <w:r>
              <w:rPr>
                <w:sz w:val="17"/>
              </w:rPr>
              <w:t>衛生管理等</w:t>
            </w:r>
          </w:p>
        </w:tc>
        <w:tc>
          <w:tcPr>
            <w:tcW w:w="2126" w:type="dxa"/>
            <w:tcMar>
              <w:top w:w="80" w:type="dxa"/>
              <w:left w:w="120" w:type="dxa"/>
              <w:bottom w:w="80" w:type="dxa"/>
              <w:right w:w="120" w:type="dxa"/>
            </w:tcMar>
            <w:vAlign w:val="center"/>
          </w:tcPr>
          <w:p w14:paraId="795E0465" w14:textId="77777777" w:rsidR="000478A1" w:rsidRDefault="00000000" w:rsidP="001548C7">
            <w:pPr>
              <w:jc w:val="both"/>
              <w:rPr>
                <w:lang w:eastAsia="ja-JP"/>
              </w:rPr>
            </w:pPr>
            <w:r>
              <w:rPr>
                <w:sz w:val="17"/>
                <w:lang w:eastAsia="ja-JP"/>
              </w:rPr>
              <w:t>設備、食器、水、感染症、食中毒、入浴、衣服及び医薬品等を適切に管理する。</w:t>
            </w:r>
          </w:p>
        </w:tc>
        <w:tc>
          <w:tcPr>
            <w:tcW w:w="1276" w:type="dxa"/>
            <w:tcMar>
              <w:top w:w="80" w:type="dxa"/>
              <w:left w:w="120" w:type="dxa"/>
              <w:bottom w:w="80" w:type="dxa"/>
              <w:right w:w="120" w:type="dxa"/>
            </w:tcMar>
            <w:vAlign w:val="center"/>
          </w:tcPr>
          <w:p w14:paraId="26DB806B"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4DDA47BC" w14:textId="77777777" w:rsidR="000478A1" w:rsidRDefault="000478A1"/>
        </w:tc>
      </w:tr>
      <w:tr w:rsidR="000478A1" w14:paraId="144B03C3" w14:textId="77777777" w:rsidTr="001548C7">
        <w:trPr>
          <w:jc w:val="center"/>
        </w:trPr>
        <w:tc>
          <w:tcPr>
            <w:tcW w:w="568" w:type="dxa"/>
            <w:tcMar>
              <w:top w:w="80" w:type="dxa"/>
              <w:left w:w="120" w:type="dxa"/>
              <w:bottom w:w="80" w:type="dxa"/>
              <w:right w:w="120" w:type="dxa"/>
            </w:tcMar>
            <w:vAlign w:val="center"/>
          </w:tcPr>
          <w:p w14:paraId="51F18322" w14:textId="77777777" w:rsidR="000478A1" w:rsidRDefault="00000000">
            <w:pPr>
              <w:jc w:val="center"/>
            </w:pPr>
            <w:r>
              <w:rPr>
                <w:sz w:val="17"/>
              </w:rPr>
              <w:t>17</w:t>
            </w:r>
          </w:p>
        </w:tc>
        <w:tc>
          <w:tcPr>
            <w:tcW w:w="1419" w:type="dxa"/>
            <w:tcMar>
              <w:top w:w="80" w:type="dxa"/>
              <w:left w:w="120" w:type="dxa"/>
              <w:bottom w:w="80" w:type="dxa"/>
              <w:right w:w="120" w:type="dxa"/>
            </w:tcMar>
            <w:vAlign w:val="center"/>
          </w:tcPr>
          <w:p w14:paraId="39409029" w14:textId="77777777" w:rsidR="000478A1" w:rsidRDefault="00000000" w:rsidP="001548C7">
            <w:pPr>
              <w:jc w:val="both"/>
            </w:pPr>
            <w:r>
              <w:rPr>
                <w:sz w:val="17"/>
              </w:rPr>
              <w:t>食事</w:t>
            </w:r>
          </w:p>
        </w:tc>
        <w:tc>
          <w:tcPr>
            <w:tcW w:w="2126" w:type="dxa"/>
            <w:tcMar>
              <w:top w:w="80" w:type="dxa"/>
              <w:left w:w="120" w:type="dxa"/>
              <w:bottom w:w="80" w:type="dxa"/>
              <w:right w:w="120" w:type="dxa"/>
            </w:tcMar>
            <w:vAlign w:val="center"/>
          </w:tcPr>
          <w:p w14:paraId="7CE74271" w14:textId="77777777" w:rsidR="000478A1" w:rsidRDefault="00000000" w:rsidP="001548C7">
            <w:pPr>
              <w:jc w:val="both"/>
              <w:rPr>
                <w:lang w:eastAsia="ja-JP"/>
              </w:rPr>
            </w:pPr>
            <w:r>
              <w:rPr>
                <w:sz w:val="17"/>
                <w:lang w:eastAsia="ja-JP"/>
              </w:rPr>
              <w:t>栄養及び身体状況を考慮し、食を営む力の育成に努める。</w:t>
            </w:r>
          </w:p>
        </w:tc>
        <w:tc>
          <w:tcPr>
            <w:tcW w:w="1276" w:type="dxa"/>
            <w:tcMar>
              <w:top w:w="80" w:type="dxa"/>
              <w:left w:w="120" w:type="dxa"/>
              <w:bottom w:w="80" w:type="dxa"/>
              <w:right w:w="120" w:type="dxa"/>
            </w:tcMar>
            <w:vAlign w:val="center"/>
          </w:tcPr>
          <w:p w14:paraId="4EECE92D"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71BA5490" w14:textId="77777777" w:rsidR="000478A1" w:rsidRDefault="000478A1"/>
        </w:tc>
      </w:tr>
      <w:tr w:rsidR="000478A1" w14:paraId="7B00483C" w14:textId="77777777" w:rsidTr="001548C7">
        <w:trPr>
          <w:jc w:val="center"/>
        </w:trPr>
        <w:tc>
          <w:tcPr>
            <w:tcW w:w="568" w:type="dxa"/>
            <w:tcMar>
              <w:top w:w="80" w:type="dxa"/>
              <w:left w:w="120" w:type="dxa"/>
              <w:bottom w:w="80" w:type="dxa"/>
              <w:right w:w="120" w:type="dxa"/>
            </w:tcMar>
            <w:vAlign w:val="center"/>
          </w:tcPr>
          <w:p w14:paraId="1CDC159A" w14:textId="77777777" w:rsidR="000478A1" w:rsidRDefault="00000000">
            <w:pPr>
              <w:jc w:val="center"/>
            </w:pPr>
            <w:r>
              <w:rPr>
                <w:sz w:val="17"/>
              </w:rPr>
              <w:lastRenderedPageBreak/>
              <w:t>18</w:t>
            </w:r>
          </w:p>
        </w:tc>
        <w:tc>
          <w:tcPr>
            <w:tcW w:w="1419" w:type="dxa"/>
            <w:tcMar>
              <w:top w:w="80" w:type="dxa"/>
              <w:left w:w="120" w:type="dxa"/>
              <w:bottom w:w="80" w:type="dxa"/>
              <w:right w:w="120" w:type="dxa"/>
            </w:tcMar>
            <w:vAlign w:val="center"/>
          </w:tcPr>
          <w:p w14:paraId="42356C8B" w14:textId="77777777" w:rsidR="000478A1" w:rsidRDefault="00000000" w:rsidP="001548C7">
            <w:pPr>
              <w:jc w:val="both"/>
            </w:pPr>
            <w:r>
              <w:rPr>
                <w:sz w:val="17"/>
              </w:rPr>
              <w:t>健康状態の把握等</w:t>
            </w:r>
          </w:p>
        </w:tc>
        <w:tc>
          <w:tcPr>
            <w:tcW w:w="2126" w:type="dxa"/>
            <w:tcMar>
              <w:top w:w="80" w:type="dxa"/>
              <w:left w:w="120" w:type="dxa"/>
              <w:bottom w:w="80" w:type="dxa"/>
              <w:right w:w="120" w:type="dxa"/>
            </w:tcMar>
            <w:vAlign w:val="center"/>
          </w:tcPr>
          <w:p w14:paraId="1691E1CC" w14:textId="77777777" w:rsidR="000478A1" w:rsidRDefault="00000000" w:rsidP="001548C7">
            <w:pPr>
              <w:jc w:val="both"/>
              <w:rPr>
                <w:lang w:eastAsia="ja-JP"/>
              </w:rPr>
            </w:pPr>
            <w:r>
              <w:rPr>
                <w:sz w:val="17"/>
                <w:lang w:eastAsia="ja-JP"/>
              </w:rPr>
              <w:t>児童の診察等に協力し、職員、とりわけ調理従事者の健康状態に注意する。</w:t>
            </w:r>
          </w:p>
        </w:tc>
        <w:tc>
          <w:tcPr>
            <w:tcW w:w="1276" w:type="dxa"/>
            <w:tcMar>
              <w:top w:w="80" w:type="dxa"/>
              <w:left w:w="120" w:type="dxa"/>
              <w:bottom w:w="80" w:type="dxa"/>
              <w:right w:w="120" w:type="dxa"/>
            </w:tcMar>
            <w:vAlign w:val="center"/>
          </w:tcPr>
          <w:p w14:paraId="759005A7"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3135E0DD" w14:textId="77777777" w:rsidR="000478A1" w:rsidRDefault="000478A1"/>
        </w:tc>
      </w:tr>
      <w:tr w:rsidR="000478A1" w14:paraId="5F28315D" w14:textId="77777777" w:rsidTr="001548C7">
        <w:trPr>
          <w:jc w:val="center"/>
        </w:trPr>
        <w:tc>
          <w:tcPr>
            <w:tcW w:w="568" w:type="dxa"/>
            <w:tcMar>
              <w:top w:w="80" w:type="dxa"/>
              <w:left w:w="120" w:type="dxa"/>
              <w:bottom w:w="80" w:type="dxa"/>
              <w:right w:w="120" w:type="dxa"/>
            </w:tcMar>
            <w:vAlign w:val="center"/>
          </w:tcPr>
          <w:p w14:paraId="54E030B7" w14:textId="77777777" w:rsidR="000478A1" w:rsidRDefault="00000000">
            <w:pPr>
              <w:jc w:val="center"/>
            </w:pPr>
            <w:r>
              <w:rPr>
                <w:sz w:val="17"/>
              </w:rPr>
              <w:t>19</w:t>
            </w:r>
          </w:p>
        </w:tc>
        <w:tc>
          <w:tcPr>
            <w:tcW w:w="1419" w:type="dxa"/>
            <w:tcMar>
              <w:top w:w="80" w:type="dxa"/>
              <w:left w:w="120" w:type="dxa"/>
              <w:bottom w:w="80" w:type="dxa"/>
              <w:right w:w="120" w:type="dxa"/>
            </w:tcMar>
            <w:vAlign w:val="center"/>
          </w:tcPr>
          <w:p w14:paraId="37B9AD54" w14:textId="77777777" w:rsidR="000478A1" w:rsidRDefault="00000000" w:rsidP="001548C7">
            <w:pPr>
              <w:jc w:val="both"/>
            </w:pPr>
            <w:r>
              <w:rPr>
                <w:sz w:val="17"/>
              </w:rPr>
              <w:t>養護</w:t>
            </w:r>
          </w:p>
        </w:tc>
        <w:tc>
          <w:tcPr>
            <w:tcW w:w="2126" w:type="dxa"/>
            <w:tcMar>
              <w:top w:w="80" w:type="dxa"/>
              <w:left w:w="120" w:type="dxa"/>
              <w:bottom w:w="80" w:type="dxa"/>
              <w:right w:w="120" w:type="dxa"/>
            </w:tcMar>
            <w:vAlign w:val="center"/>
          </w:tcPr>
          <w:p w14:paraId="693B48FA" w14:textId="77777777" w:rsidR="000478A1" w:rsidRDefault="00000000" w:rsidP="001548C7">
            <w:pPr>
              <w:jc w:val="both"/>
              <w:rPr>
                <w:lang w:eastAsia="ja-JP"/>
              </w:rPr>
            </w:pPr>
            <w:r>
              <w:rPr>
                <w:sz w:val="17"/>
                <w:lang w:eastAsia="ja-JP"/>
              </w:rPr>
              <w:t>安定した生活環境、生活支援及び教育を通じて心身の健やかな成長を支援する体制を整える。</w:t>
            </w:r>
          </w:p>
        </w:tc>
        <w:tc>
          <w:tcPr>
            <w:tcW w:w="1276" w:type="dxa"/>
            <w:tcMar>
              <w:top w:w="80" w:type="dxa"/>
              <w:left w:w="120" w:type="dxa"/>
              <w:bottom w:w="80" w:type="dxa"/>
              <w:right w:w="120" w:type="dxa"/>
            </w:tcMar>
            <w:vAlign w:val="center"/>
          </w:tcPr>
          <w:p w14:paraId="226B9A61"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150E42DF" w14:textId="77777777" w:rsidR="000478A1" w:rsidRDefault="000478A1"/>
        </w:tc>
      </w:tr>
      <w:tr w:rsidR="000478A1" w14:paraId="7E7D2FBB" w14:textId="77777777" w:rsidTr="001548C7">
        <w:trPr>
          <w:jc w:val="center"/>
        </w:trPr>
        <w:tc>
          <w:tcPr>
            <w:tcW w:w="568" w:type="dxa"/>
            <w:tcMar>
              <w:top w:w="80" w:type="dxa"/>
              <w:left w:w="120" w:type="dxa"/>
              <w:bottom w:w="80" w:type="dxa"/>
              <w:right w:w="120" w:type="dxa"/>
            </w:tcMar>
            <w:vAlign w:val="center"/>
          </w:tcPr>
          <w:p w14:paraId="23FA9A26" w14:textId="77777777" w:rsidR="000478A1" w:rsidRDefault="00000000">
            <w:pPr>
              <w:jc w:val="center"/>
            </w:pPr>
            <w:r>
              <w:rPr>
                <w:sz w:val="17"/>
              </w:rPr>
              <w:t>20</w:t>
            </w:r>
          </w:p>
        </w:tc>
        <w:tc>
          <w:tcPr>
            <w:tcW w:w="1419" w:type="dxa"/>
            <w:tcMar>
              <w:top w:w="80" w:type="dxa"/>
              <w:left w:w="120" w:type="dxa"/>
              <w:bottom w:w="80" w:type="dxa"/>
              <w:right w:w="120" w:type="dxa"/>
            </w:tcMar>
            <w:vAlign w:val="center"/>
          </w:tcPr>
          <w:p w14:paraId="5FF863B8" w14:textId="77777777" w:rsidR="000478A1" w:rsidRDefault="00000000" w:rsidP="001548C7">
            <w:pPr>
              <w:jc w:val="both"/>
            </w:pPr>
            <w:r>
              <w:rPr>
                <w:sz w:val="17"/>
              </w:rPr>
              <w:t>生活支援等</w:t>
            </w:r>
          </w:p>
        </w:tc>
        <w:tc>
          <w:tcPr>
            <w:tcW w:w="2126" w:type="dxa"/>
            <w:tcMar>
              <w:top w:w="80" w:type="dxa"/>
              <w:left w:w="120" w:type="dxa"/>
              <w:bottom w:w="80" w:type="dxa"/>
              <w:right w:w="120" w:type="dxa"/>
            </w:tcMar>
            <w:vAlign w:val="center"/>
          </w:tcPr>
          <w:p w14:paraId="5716615C" w14:textId="77777777" w:rsidR="000478A1" w:rsidRDefault="00000000" w:rsidP="001548C7">
            <w:pPr>
              <w:jc w:val="both"/>
              <w:rPr>
                <w:lang w:eastAsia="ja-JP"/>
              </w:rPr>
            </w:pPr>
            <w:r>
              <w:rPr>
                <w:sz w:val="17"/>
                <w:lang w:eastAsia="ja-JP"/>
              </w:rPr>
              <w:t>自主性を尊重した生活支援・教育を行い、通学、親子関係再構築及び解除後支援について児童相談所と協力する。</w:t>
            </w:r>
          </w:p>
        </w:tc>
        <w:tc>
          <w:tcPr>
            <w:tcW w:w="1276" w:type="dxa"/>
            <w:tcMar>
              <w:top w:w="80" w:type="dxa"/>
              <w:left w:w="120" w:type="dxa"/>
              <w:bottom w:w="80" w:type="dxa"/>
              <w:right w:w="120" w:type="dxa"/>
            </w:tcMar>
            <w:vAlign w:val="center"/>
          </w:tcPr>
          <w:p w14:paraId="10A1E642"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2E0B31AB" w14:textId="77777777" w:rsidR="000478A1" w:rsidRDefault="000478A1"/>
        </w:tc>
      </w:tr>
      <w:tr w:rsidR="000478A1" w14:paraId="2A642664" w14:textId="77777777" w:rsidTr="001548C7">
        <w:trPr>
          <w:jc w:val="center"/>
        </w:trPr>
        <w:tc>
          <w:tcPr>
            <w:tcW w:w="568" w:type="dxa"/>
            <w:tcMar>
              <w:top w:w="80" w:type="dxa"/>
              <w:left w:w="120" w:type="dxa"/>
              <w:bottom w:w="80" w:type="dxa"/>
              <w:right w:w="120" w:type="dxa"/>
            </w:tcMar>
            <w:vAlign w:val="center"/>
          </w:tcPr>
          <w:p w14:paraId="239D0522" w14:textId="77777777" w:rsidR="000478A1" w:rsidRDefault="00000000">
            <w:pPr>
              <w:jc w:val="center"/>
            </w:pPr>
            <w:r>
              <w:rPr>
                <w:sz w:val="17"/>
              </w:rPr>
              <w:t>21</w:t>
            </w:r>
          </w:p>
        </w:tc>
        <w:tc>
          <w:tcPr>
            <w:tcW w:w="1419" w:type="dxa"/>
            <w:tcMar>
              <w:top w:w="80" w:type="dxa"/>
              <w:left w:w="120" w:type="dxa"/>
              <w:bottom w:w="80" w:type="dxa"/>
              <w:right w:w="120" w:type="dxa"/>
            </w:tcMar>
            <w:vAlign w:val="center"/>
          </w:tcPr>
          <w:p w14:paraId="59DAA7EA" w14:textId="77777777" w:rsidR="000478A1" w:rsidRDefault="00000000" w:rsidP="001548C7">
            <w:pPr>
              <w:jc w:val="both"/>
            </w:pPr>
            <w:r>
              <w:rPr>
                <w:sz w:val="17"/>
              </w:rPr>
              <w:t>内部規程</w:t>
            </w:r>
          </w:p>
        </w:tc>
        <w:tc>
          <w:tcPr>
            <w:tcW w:w="2126" w:type="dxa"/>
            <w:tcMar>
              <w:top w:w="80" w:type="dxa"/>
              <w:left w:w="120" w:type="dxa"/>
              <w:bottom w:w="80" w:type="dxa"/>
              <w:right w:w="120" w:type="dxa"/>
            </w:tcMar>
            <w:vAlign w:val="center"/>
          </w:tcPr>
          <w:p w14:paraId="3468AF8C" w14:textId="77777777" w:rsidR="000478A1" w:rsidRDefault="00000000" w:rsidP="001548C7">
            <w:pPr>
              <w:jc w:val="both"/>
              <w:rPr>
                <w:lang w:eastAsia="ja-JP"/>
              </w:rPr>
            </w:pPr>
            <w:r>
              <w:rPr>
                <w:sz w:val="17"/>
                <w:lang w:eastAsia="ja-JP"/>
              </w:rPr>
              <w:t>児童の支援及び施設管理の重要事項について必要な規程を設ける。</w:t>
            </w:r>
          </w:p>
        </w:tc>
        <w:tc>
          <w:tcPr>
            <w:tcW w:w="1276" w:type="dxa"/>
            <w:tcMar>
              <w:top w:w="80" w:type="dxa"/>
              <w:left w:w="120" w:type="dxa"/>
              <w:bottom w:w="80" w:type="dxa"/>
              <w:right w:w="120" w:type="dxa"/>
            </w:tcMar>
            <w:vAlign w:val="center"/>
          </w:tcPr>
          <w:p w14:paraId="2F236B25"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7CD249BF" w14:textId="77777777" w:rsidR="000478A1" w:rsidRDefault="000478A1"/>
        </w:tc>
      </w:tr>
      <w:tr w:rsidR="000478A1" w14:paraId="5620919B" w14:textId="77777777" w:rsidTr="001548C7">
        <w:trPr>
          <w:jc w:val="center"/>
        </w:trPr>
        <w:tc>
          <w:tcPr>
            <w:tcW w:w="568" w:type="dxa"/>
            <w:tcMar>
              <w:top w:w="80" w:type="dxa"/>
              <w:left w:w="120" w:type="dxa"/>
              <w:bottom w:w="80" w:type="dxa"/>
              <w:right w:w="120" w:type="dxa"/>
            </w:tcMar>
            <w:vAlign w:val="center"/>
          </w:tcPr>
          <w:p w14:paraId="5F21837F" w14:textId="77777777" w:rsidR="000478A1" w:rsidRDefault="00000000">
            <w:pPr>
              <w:jc w:val="center"/>
            </w:pPr>
            <w:r>
              <w:rPr>
                <w:sz w:val="17"/>
              </w:rPr>
              <w:t>22</w:t>
            </w:r>
          </w:p>
        </w:tc>
        <w:tc>
          <w:tcPr>
            <w:tcW w:w="1419" w:type="dxa"/>
            <w:tcMar>
              <w:top w:w="80" w:type="dxa"/>
              <w:left w:w="120" w:type="dxa"/>
              <w:bottom w:w="80" w:type="dxa"/>
              <w:right w:w="120" w:type="dxa"/>
            </w:tcMar>
            <w:vAlign w:val="center"/>
          </w:tcPr>
          <w:p w14:paraId="23BE8FAE" w14:textId="77777777" w:rsidR="000478A1" w:rsidRDefault="00000000" w:rsidP="001548C7">
            <w:pPr>
              <w:jc w:val="both"/>
            </w:pPr>
            <w:r>
              <w:rPr>
                <w:sz w:val="17"/>
              </w:rPr>
              <w:t>記録</w:t>
            </w:r>
          </w:p>
        </w:tc>
        <w:tc>
          <w:tcPr>
            <w:tcW w:w="2126" w:type="dxa"/>
            <w:tcMar>
              <w:top w:w="80" w:type="dxa"/>
              <w:left w:w="120" w:type="dxa"/>
              <w:bottom w:w="80" w:type="dxa"/>
              <w:right w:w="120" w:type="dxa"/>
            </w:tcMar>
            <w:vAlign w:val="center"/>
          </w:tcPr>
          <w:p w14:paraId="609AD94E" w14:textId="77777777" w:rsidR="000478A1" w:rsidRDefault="00000000" w:rsidP="001548C7">
            <w:pPr>
              <w:jc w:val="both"/>
              <w:rPr>
                <w:lang w:eastAsia="ja-JP"/>
              </w:rPr>
            </w:pPr>
            <w:r>
              <w:rPr>
                <w:sz w:val="17"/>
                <w:lang w:eastAsia="ja-JP"/>
              </w:rPr>
              <w:t>児童の処遇状況を記録し、児童相談所の求めに応じ提示できる体制を整える。</w:t>
            </w:r>
          </w:p>
        </w:tc>
        <w:tc>
          <w:tcPr>
            <w:tcW w:w="1276" w:type="dxa"/>
            <w:tcMar>
              <w:top w:w="80" w:type="dxa"/>
              <w:left w:w="120" w:type="dxa"/>
              <w:bottom w:w="80" w:type="dxa"/>
              <w:right w:w="120" w:type="dxa"/>
            </w:tcMar>
            <w:vAlign w:val="center"/>
          </w:tcPr>
          <w:p w14:paraId="2F8F7009"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2CC9D5EC" w14:textId="77777777" w:rsidR="000478A1" w:rsidRDefault="000478A1"/>
        </w:tc>
      </w:tr>
      <w:tr w:rsidR="000478A1" w14:paraId="42D44FFA" w14:textId="77777777" w:rsidTr="001548C7">
        <w:trPr>
          <w:jc w:val="center"/>
        </w:trPr>
        <w:tc>
          <w:tcPr>
            <w:tcW w:w="568" w:type="dxa"/>
            <w:tcMar>
              <w:top w:w="80" w:type="dxa"/>
              <w:left w:w="120" w:type="dxa"/>
              <w:bottom w:w="80" w:type="dxa"/>
              <w:right w:w="120" w:type="dxa"/>
            </w:tcMar>
            <w:vAlign w:val="center"/>
          </w:tcPr>
          <w:p w14:paraId="3A7EBD1A" w14:textId="77777777" w:rsidR="000478A1" w:rsidRDefault="00000000">
            <w:pPr>
              <w:jc w:val="center"/>
            </w:pPr>
            <w:r>
              <w:rPr>
                <w:sz w:val="17"/>
              </w:rPr>
              <w:t>23</w:t>
            </w:r>
          </w:p>
        </w:tc>
        <w:tc>
          <w:tcPr>
            <w:tcW w:w="1419" w:type="dxa"/>
            <w:tcMar>
              <w:top w:w="80" w:type="dxa"/>
              <w:left w:w="120" w:type="dxa"/>
              <w:bottom w:w="80" w:type="dxa"/>
              <w:right w:w="120" w:type="dxa"/>
            </w:tcMar>
            <w:vAlign w:val="center"/>
          </w:tcPr>
          <w:p w14:paraId="2B296776" w14:textId="77777777" w:rsidR="000478A1" w:rsidRDefault="00000000" w:rsidP="001548C7">
            <w:pPr>
              <w:jc w:val="both"/>
            </w:pPr>
            <w:r>
              <w:rPr>
                <w:sz w:val="17"/>
              </w:rPr>
              <w:t>秘密保持等</w:t>
            </w:r>
          </w:p>
        </w:tc>
        <w:tc>
          <w:tcPr>
            <w:tcW w:w="2126" w:type="dxa"/>
            <w:tcMar>
              <w:top w:w="80" w:type="dxa"/>
              <w:left w:w="120" w:type="dxa"/>
              <w:bottom w:w="80" w:type="dxa"/>
              <w:right w:w="120" w:type="dxa"/>
            </w:tcMar>
            <w:vAlign w:val="center"/>
          </w:tcPr>
          <w:p w14:paraId="6E72EB9D" w14:textId="77777777" w:rsidR="000478A1" w:rsidRDefault="00000000" w:rsidP="001548C7">
            <w:pPr>
              <w:jc w:val="both"/>
              <w:rPr>
                <w:lang w:eastAsia="ja-JP"/>
              </w:rPr>
            </w:pPr>
            <w:r>
              <w:rPr>
                <w:sz w:val="17"/>
                <w:lang w:eastAsia="ja-JP"/>
              </w:rPr>
              <w:t>職員及び退職者が児童又は家族の秘密を漏らさないための措置を講ずる。</w:t>
            </w:r>
          </w:p>
        </w:tc>
        <w:tc>
          <w:tcPr>
            <w:tcW w:w="1276" w:type="dxa"/>
            <w:tcMar>
              <w:top w:w="80" w:type="dxa"/>
              <w:left w:w="120" w:type="dxa"/>
              <w:bottom w:w="80" w:type="dxa"/>
              <w:right w:w="120" w:type="dxa"/>
            </w:tcMar>
            <w:vAlign w:val="center"/>
          </w:tcPr>
          <w:p w14:paraId="49C5C665"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4358DAF2" w14:textId="77777777" w:rsidR="000478A1" w:rsidRDefault="000478A1"/>
        </w:tc>
      </w:tr>
      <w:tr w:rsidR="000478A1" w14:paraId="5FDEE28E" w14:textId="77777777" w:rsidTr="001548C7">
        <w:trPr>
          <w:jc w:val="center"/>
        </w:trPr>
        <w:tc>
          <w:tcPr>
            <w:tcW w:w="568" w:type="dxa"/>
            <w:tcMar>
              <w:top w:w="80" w:type="dxa"/>
              <w:left w:w="120" w:type="dxa"/>
              <w:bottom w:w="80" w:type="dxa"/>
              <w:right w:w="120" w:type="dxa"/>
            </w:tcMar>
            <w:vAlign w:val="center"/>
          </w:tcPr>
          <w:p w14:paraId="660D1065" w14:textId="77777777" w:rsidR="000478A1" w:rsidRDefault="00000000">
            <w:pPr>
              <w:jc w:val="center"/>
            </w:pPr>
            <w:r>
              <w:rPr>
                <w:sz w:val="17"/>
              </w:rPr>
              <w:t>24</w:t>
            </w:r>
          </w:p>
        </w:tc>
        <w:tc>
          <w:tcPr>
            <w:tcW w:w="1419" w:type="dxa"/>
            <w:tcMar>
              <w:top w:w="80" w:type="dxa"/>
              <w:left w:w="120" w:type="dxa"/>
              <w:bottom w:w="80" w:type="dxa"/>
              <w:right w:w="120" w:type="dxa"/>
            </w:tcMar>
            <w:vAlign w:val="center"/>
          </w:tcPr>
          <w:p w14:paraId="1E3AE615" w14:textId="77777777" w:rsidR="000478A1" w:rsidRDefault="00000000" w:rsidP="001548C7">
            <w:pPr>
              <w:jc w:val="both"/>
            </w:pPr>
            <w:r>
              <w:rPr>
                <w:sz w:val="17"/>
              </w:rPr>
              <w:t>苦情対応への協力</w:t>
            </w:r>
          </w:p>
        </w:tc>
        <w:tc>
          <w:tcPr>
            <w:tcW w:w="2126" w:type="dxa"/>
            <w:tcMar>
              <w:top w:w="80" w:type="dxa"/>
              <w:left w:w="120" w:type="dxa"/>
              <w:bottom w:w="80" w:type="dxa"/>
              <w:right w:w="120" w:type="dxa"/>
            </w:tcMar>
            <w:vAlign w:val="center"/>
          </w:tcPr>
          <w:p w14:paraId="549982FA" w14:textId="77777777" w:rsidR="000478A1" w:rsidRDefault="00000000" w:rsidP="001548C7">
            <w:pPr>
              <w:jc w:val="both"/>
              <w:rPr>
                <w:lang w:eastAsia="ja-JP"/>
              </w:rPr>
            </w:pPr>
            <w:r>
              <w:rPr>
                <w:sz w:val="17"/>
                <w:lang w:eastAsia="ja-JP"/>
              </w:rPr>
              <w:t>県が行う苦情対応及び公正な解決に必要な協力ができる。</w:t>
            </w:r>
          </w:p>
        </w:tc>
        <w:tc>
          <w:tcPr>
            <w:tcW w:w="1276" w:type="dxa"/>
            <w:tcMar>
              <w:top w:w="80" w:type="dxa"/>
              <w:left w:w="120" w:type="dxa"/>
              <w:bottom w:w="80" w:type="dxa"/>
              <w:right w:w="120" w:type="dxa"/>
            </w:tcMar>
            <w:vAlign w:val="center"/>
          </w:tcPr>
          <w:p w14:paraId="20429860"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35DC4F67" w14:textId="77777777" w:rsidR="000478A1" w:rsidRDefault="000478A1"/>
        </w:tc>
      </w:tr>
      <w:tr w:rsidR="000478A1" w14:paraId="6152569B" w14:textId="77777777" w:rsidTr="001548C7">
        <w:trPr>
          <w:jc w:val="center"/>
        </w:trPr>
        <w:tc>
          <w:tcPr>
            <w:tcW w:w="568" w:type="dxa"/>
            <w:tcMar>
              <w:top w:w="80" w:type="dxa"/>
              <w:left w:w="120" w:type="dxa"/>
              <w:bottom w:w="80" w:type="dxa"/>
              <w:right w:w="120" w:type="dxa"/>
            </w:tcMar>
            <w:vAlign w:val="center"/>
          </w:tcPr>
          <w:p w14:paraId="04A64E03" w14:textId="77777777" w:rsidR="000478A1" w:rsidRDefault="00000000">
            <w:pPr>
              <w:jc w:val="center"/>
            </w:pPr>
            <w:r>
              <w:rPr>
                <w:sz w:val="17"/>
              </w:rPr>
              <w:t>25</w:t>
            </w:r>
          </w:p>
        </w:tc>
        <w:tc>
          <w:tcPr>
            <w:tcW w:w="1419" w:type="dxa"/>
            <w:tcMar>
              <w:top w:w="80" w:type="dxa"/>
              <w:left w:w="120" w:type="dxa"/>
              <w:bottom w:w="80" w:type="dxa"/>
              <w:right w:w="120" w:type="dxa"/>
            </w:tcMar>
            <w:vAlign w:val="center"/>
          </w:tcPr>
          <w:p w14:paraId="7B0B7632" w14:textId="77777777" w:rsidR="000478A1" w:rsidRDefault="00000000" w:rsidP="001548C7">
            <w:pPr>
              <w:jc w:val="both"/>
            </w:pPr>
            <w:r>
              <w:rPr>
                <w:sz w:val="17"/>
              </w:rPr>
              <w:t>電磁的記録</w:t>
            </w:r>
          </w:p>
        </w:tc>
        <w:tc>
          <w:tcPr>
            <w:tcW w:w="2126" w:type="dxa"/>
            <w:tcMar>
              <w:top w:w="80" w:type="dxa"/>
              <w:left w:w="120" w:type="dxa"/>
              <w:bottom w:w="80" w:type="dxa"/>
              <w:right w:w="120" w:type="dxa"/>
            </w:tcMar>
            <w:vAlign w:val="center"/>
          </w:tcPr>
          <w:p w14:paraId="01C24358" w14:textId="77777777" w:rsidR="000478A1" w:rsidRDefault="00000000" w:rsidP="001548C7">
            <w:pPr>
              <w:jc w:val="both"/>
              <w:rPr>
                <w:lang w:eastAsia="ja-JP"/>
              </w:rPr>
            </w:pPr>
            <w:r>
              <w:rPr>
                <w:sz w:val="17"/>
                <w:lang w:eastAsia="ja-JP"/>
              </w:rPr>
              <w:t>書面に代えて電磁的記録を用いる場合は、法令に沿って適切に作成・管理する。</w:t>
            </w:r>
          </w:p>
        </w:tc>
        <w:tc>
          <w:tcPr>
            <w:tcW w:w="1276" w:type="dxa"/>
            <w:tcMar>
              <w:top w:w="80" w:type="dxa"/>
              <w:left w:w="120" w:type="dxa"/>
              <w:bottom w:w="80" w:type="dxa"/>
              <w:right w:w="120" w:type="dxa"/>
            </w:tcMar>
            <w:vAlign w:val="center"/>
          </w:tcPr>
          <w:p w14:paraId="149E3F18" w14:textId="77777777" w:rsidR="000478A1" w:rsidRDefault="00000000">
            <w:pPr>
              <w:jc w:val="center"/>
            </w:pPr>
            <w:r>
              <w:rPr>
                <w:sz w:val="17"/>
              </w:rPr>
              <w:t>○・△・―</w:t>
            </w:r>
          </w:p>
        </w:tc>
        <w:tc>
          <w:tcPr>
            <w:tcW w:w="4019" w:type="dxa"/>
            <w:tcMar>
              <w:top w:w="80" w:type="dxa"/>
              <w:left w:w="120" w:type="dxa"/>
              <w:bottom w:w="80" w:type="dxa"/>
              <w:right w:w="120" w:type="dxa"/>
            </w:tcMar>
            <w:vAlign w:val="center"/>
          </w:tcPr>
          <w:p w14:paraId="15E73113" w14:textId="77777777" w:rsidR="000478A1" w:rsidRDefault="000478A1"/>
        </w:tc>
      </w:tr>
    </w:tbl>
    <w:p w14:paraId="4D7DEBE5" w14:textId="77777777" w:rsidR="001548C7" w:rsidRDefault="001548C7" w:rsidP="003B23E4">
      <w:pPr>
        <w:spacing w:before="140" w:after="60"/>
        <w:rPr>
          <w:b/>
          <w:sz w:val="22"/>
          <w:lang w:eastAsia="ja-JP"/>
        </w:rPr>
      </w:pPr>
    </w:p>
    <w:p w14:paraId="6EF87C4C" w14:textId="4910DC4F" w:rsidR="001548C7" w:rsidRPr="001548C7" w:rsidRDefault="003B23E4">
      <w:pPr>
        <w:rPr>
          <w:u w:val="single"/>
        </w:rPr>
      </w:pPr>
      <w:r>
        <w:rPr>
          <w:rFonts w:hint="eastAsia"/>
        </w:rPr>
        <w:t xml:space="preserve">　</w:t>
      </w:r>
      <w:r w:rsidR="001548C7">
        <w:rPr>
          <w:rFonts w:hint="eastAsia"/>
          <w:lang w:eastAsia="ja-JP"/>
        </w:rPr>
        <w:t xml:space="preserve">　　　　</w:t>
      </w:r>
    </w:p>
    <w:tbl>
      <w:tblPr>
        <w:tblStyle w:val="afe"/>
        <w:tblW w:w="0" w:type="auto"/>
        <w:tblInd w:w="9" w:type="dxa"/>
        <w:tblLook w:val="04A0" w:firstRow="1" w:lastRow="0" w:firstColumn="1" w:lastColumn="0" w:noHBand="0" w:noVBand="1"/>
      </w:tblPr>
      <w:tblGrid>
        <w:gridCol w:w="9602"/>
      </w:tblGrid>
      <w:tr w:rsidR="001548C7" w14:paraId="74752732" w14:textId="77777777" w:rsidTr="001548C7">
        <w:tc>
          <w:tcPr>
            <w:tcW w:w="9602" w:type="dxa"/>
            <w:shd w:val="clear" w:color="auto" w:fill="F2F2F2" w:themeFill="background1" w:themeFillShade="F2"/>
          </w:tcPr>
          <w:p w14:paraId="29C13759" w14:textId="20ECE72C" w:rsidR="001548C7" w:rsidRPr="001548C7" w:rsidRDefault="001548C7" w:rsidP="001548C7">
            <w:pPr>
              <w:rPr>
                <w:b/>
                <w:sz w:val="22"/>
                <w:lang w:eastAsia="ja-JP"/>
              </w:rPr>
            </w:pPr>
            <w:r>
              <w:rPr>
                <w:rFonts w:hint="eastAsia"/>
                <w:b/>
                <w:sz w:val="22"/>
                <w:lang w:eastAsia="ja-JP"/>
              </w:rPr>
              <w:t>県記入欄</w:t>
            </w:r>
          </w:p>
        </w:tc>
      </w:tr>
      <w:tr w:rsidR="001548C7" w14:paraId="03F3024B" w14:textId="77777777" w:rsidTr="001548C7">
        <w:tc>
          <w:tcPr>
            <w:tcW w:w="9602" w:type="dxa"/>
          </w:tcPr>
          <w:p w14:paraId="4D6DAF83" w14:textId="571509E6" w:rsidR="001548C7" w:rsidRPr="001548C7" w:rsidRDefault="001548C7">
            <w:pPr>
              <w:rPr>
                <w:lang w:eastAsia="ja-JP"/>
              </w:rPr>
            </w:pPr>
            <w:r>
              <w:t xml:space="preserve">□ 適合　□ 不適合　□ </w:t>
            </w:r>
            <w:r>
              <w:rPr>
                <w:rFonts w:hint="eastAsia"/>
              </w:rPr>
              <w:t>追加確認要</w:t>
            </w:r>
            <w:r>
              <w:rPr>
                <w:rFonts w:hint="eastAsia"/>
                <w:lang w:eastAsia="ja-JP"/>
              </w:rPr>
              <w:t xml:space="preserve">　　　　</w:t>
            </w:r>
            <w:r w:rsidRPr="001548C7">
              <w:rPr>
                <w:rFonts w:hint="eastAsia"/>
                <w:u w:val="single"/>
              </w:rPr>
              <w:t>確認者</w:t>
            </w:r>
            <w:r w:rsidRPr="001548C7">
              <w:rPr>
                <w:u w:val="single"/>
              </w:rPr>
              <w:t xml:space="preserve">　　　　　　　　　　　　　　　</w:t>
            </w:r>
          </w:p>
        </w:tc>
      </w:tr>
      <w:tr w:rsidR="001548C7" w14:paraId="41F1B530" w14:textId="77777777" w:rsidTr="001548C7">
        <w:tc>
          <w:tcPr>
            <w:tcW w:w="9602" w:type="dxa"/>
          </w:tcPr>
          <w:p w14:paraId="09DE24EE" w14:textId="1277F0EC" w:rsidR="001548C7" w:rsidRDefault="001548C7">
            <w:pPr>
              <w:rPr>
                <w:lang w:eastAsia="ja-JP"/>
              </w:rPr>
            </w:pPr>
            <w:r>
              <w:rPr>
                <w:rFonts w:hint="eastAsia"/>
                <w:lang w:eastAsia="ja-JP"/>
              </w:rPr>
              <w:t>＜不適合の理由または追加確認事項＞</w:t>
            </w:r>
          </w:p>
          <w:p w14:paraId="48073968" w14:textId="77777777" w:rsidR="001548C7" w:rsidRDefault="001548C7">
            <w:pPr>
              <w:rPr>
                <w:lang w:eastAsia="ja-JP"/>
              </w:rPr>
            </w:pPr>
          </w:p>
          <w:p w14:paraId="53D8DF0C" w14:textId="36DB1258" w:rsidR="001548C7" w:rsidRDefault="001548C7">
            <w:pPr>
              <w:rPr>
                <w:lang w:eastAsia="ja-JP"/>
              </w:rPr>
            </w:pPr>
          </w:p>
        </w:tc>
      </w:tr>
    </w:tbl>
    <w:p w14:paraId="0FB1A507" w14:textId="77777777" w:rsidR="001548C7" w:rsidRPr="001548C7" w:rsidRDefault="001548C7">
      <w:pPr>
        <w:rPr>
          <w:lang w:eastAsia="ja-JP"/>
        </w:rPr>
      </w:pPr>
    </w:p>
    <w:sectPr w:rsidR="001548C7" w:rsidRPr="001548C7" w:rsidSect="003B23E4">
      <w:pgSz w:w="12240" w:h="15840"/>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6B5B7" w14:textId="77777777" w:rsidR="00F8178C" w:rsidRDefault="00F8178C" w:rsidP="00240861">
      <w:r>
        <w:separator/>
      </w:r>
    </w:p>
  </w:endnote>
  <w:endnote w:type="continuationSeparator" w:id="0">
    <w:p w14:paraId="06FCFE85" w14:textId="77777777" w:rsidR="00F8178C" w:rsidRDefault="00F8178C" w:rsidP="00240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BFBB5" w14:textId="77777777" w:rsidR="00F8178C" w:rsidRDefault="00F8178C" w:rsidP="00240861">
      <w:r>
        <w:separator/>
      </w:r>
    </w:p>
  </w:footnote>
  <w:footnote w:type="continuationSeparator" w:id="0">
    <w:p w14:paraId="0733604E" w14:textId="77777777" w:rsidR="00F8178C" w:rsidRDefault="00F8178C" w:rsidP="002408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24175449">
    <w:abstractNumId w:val="8"/>
  </w:num>
  <w:num w:numId="2" w16cid:durableId="762188014">
    <w:abstractNumId w:val="6"/>
  </w:num>
  <w:num w:numId="3" w16cid:durableId="972753528">
    <w:abstractNumId w:val="5"/>
  </w:num>
  <w:num w:numId="4" w16cid:durableId="594092288">
    <w:abstractNumId w:val="4"/>
  </w:num>
  <w:num w:numId="5" w16cid:durableId="1502230850">
    <w:abstractNumId w:val="7"/>
  </w:num>
  <w:num w:numId="6" w16cid:durableId="1022315705">
    <w:abstractNumId w:val="3"/>
  </w:num>
  <w:num w:numId="7" w16cid:durableId="1482651035">
    <w:abstractNumId w:val="2"/>
  </w:num>
  <w:num w:numId="8" w16cid:durableId="1262058929">
    <w:abstractNumId w:val="1"/>
  </w:num>
  <w:num w:numId="9" w16cid:durableId="1422292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78A1"/>
    <w:rsid w:val="0006063C"/>
    <w:rsid w:val="000E3564"/>
    <w:rsid w:val="00111018"/>
    <w:rsid w:val="0015074B"/>
    <w:rsid w:val="001548C7"/>
    <w:rsid w:val="00172A82"/>
    <w:rsid w:val="00240861"/>
    <w:rsid w:val="0029639D"/>
    <w:rsid w:val="0032681D"/>
    <w:rsid w:val="00326F90"/>
    <w:rsid w:val="00347C77"/>
    <w:rsid w:val="003A796A"/>
    <w:rsid w:val="003B23E4"/>
    <w:rsid w:val="005362E0"/>
    <w:rsid w:val="00586154"/>
    <w:rsid w:val="00631FE8"/>
    <w:rsid w:val="00685C7E"/>
    <w:rsid w:val="0071114B"/>
    <w:rsid w:val="008B5A93"/>
    <w:rsid w:val="00AA1D8D"/>
    <w:rsid w:val="00AE19AE"/>
    <w:rsid w:val="00B47730"/>
    <w:rsid w:val="00B81A32"/>
    <w:rsid w:val="00CB0664"/>
    <w:rsid w:val="00CE7B10"/>
    <w:rsid w:val="00E14E57"/>
    <w:rsid w:val="00E814CB"/>
    <w:rsid w:val="00F15737"/>
    <w:rsid w:val="00F8178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7690E4E"/>
  <w14:defaultImageDpi w14:val="330"/>
  <w15:docId w15:val="{B951849E-AC0C-44D9-A7DB-F4636D062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游明朝" w:eastAsia="游明朝" w:hAnsi="游明朝"/>
      <w:sz w:val="21"/>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254</Words>
  <Characters>1453</Characters>
  <Application>Microsoft Office Word</Application>
  <DocSecurity>0</DocSecurity>
  <Lines>12</Lines>
  <Paragraphs>3</Paragraphs>
  <ScaleCrop>false</ScaleCrop>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新潟県</cp:lastModifiedBy>
  <cp:revision>4</cp:revision>
  <dcterms:created xsi:type="dcterms:W3CDTF">2026-09-29T10:35:00Z</dcterms:created>
  <dcterms:modified xsi:type="dcterms:W3CDTF">2026-09-29T11:09:00Z</dcterms:modified>
</cp:coreProperties>
</file>